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06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709"/>
        <w:gridCol w:w="34"/>
        <w:gridCol w:w="817"/>
        <w:gridCol w:w="1134"/>
        <w:gridCol w:w="708"/>
        <w:gridCol w:w="709"/>
        <w:gridCol w:w="716"/>
        <w:gridCol w:w="135"/>
        <w:gridCol w:w="1275"/>
        <w:gridCol w:w="142"/>
        <w:gridCol w:w="1770"/>
        <w:gridCol w:w="73"/>
        <w:gridCol w:w="1417"/>
      </w:tblGrid>
      <w:tr w:rsidR="003A167D" w14:paraId="0E143E27" w14:textId="77777777" w:rsidTr="00C01E9C">
        <w:trPr>
          <w:trHeight w:val="567"/>
          <w:jc w:val="center"/>
        </w:trPr>
        <w:tc>
          <w:tcPr>
            <w:tcW w:w="10206" w:type="dxa"/>
            <w:gridSpan w:val="14"/>
            <w:tcBorders>
              <w:top w:val="nil"/>
              <w:left w:val="nil"/>
              <w:right w:val="nil"/>
            </w:tcBorders>
            <w:vAlign w:val="center"/>
          </w:tcPr>
          <w:p w14:paraId="2340F56E" w14:textId="49F92A6E" w:rsidR="003A167D" w:rsidRDefault="005F784A" w:rsidP="001E2035">
            <w:pPr>
              <w:spacing w:after="0" w:line="370" w:lineRule="exact"/>
              <w:jc w:val="center"/>
              <w:rPr>
                <w:rFonts w:hint="eastAsia"/>
                <w:lang w:eastAsia="zh-CN"/>
              </w:rPr>
            </w:pPr>
            <w:r>
              <w:rPr>
                <w:rFonts w:ascii="黑体" w:eastAsia="黑体" w:hAnsi="黑体" w:hint="eastAsia"/>
                <w:b/>
                <w:sz w:val="32"/>
                <w:u w:val="single"/>
                <w:lang w:eastAsia="zh-CN"/>
              </w:rPr>
              <w:t xml:space="preserve">                </w:t>
            </w:r>
            <w:r w:rsidR="003A167D">
              <w:rPr>
                <w:rFonts w:ascii="黑体" w:eastAsia="黑体" w:hAnsi="黑体"/>
                <w:b/>
                <w:sz w:val="32"/>
                <w:lang w:eastAsia="zh-CN"/>
              </w:rPr>
              <w:t>学院教学督导工作总结表</w:t>
            </w:r>
          </w:p>
        </w:tc>
      </w:tr>
      <w:tr w:rsidR="003A167D" w14:paraId="56DBC071" w14:textId="77777777" w:rsidTr="00E26346">
        <w:trPr>
          <w:trHeight w:val="368"/>
          <w:jc w:val="center"/>
        </w:trPr>
        <w:tc>
          <w:tcPr>
            <w:tcW w:w="2127" w:type="dxa"/>
            <w:gridSpan w:val="4"/>
            <w:shd w:val="clear" w:color="auto" w:fill="F2F2F2"/>
            <w:vAlign w:val="center"/>
          </w:tcPr>
          <w:p w14:paraId="39A112B2" w14:textId="77777777" w:rsidR="003A167D" w:rsidRPr="007620C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7620CD">
              <w:rPr>
                <w:b/>
                <w:sz w:val="21"/>
                <w:szCs w:val="28"/>
              </w:rPr>
              <w:t>学院名称</w:t>
            </w:r>
            <w:proofErr w:type="spellEnd"/>
          </w:p>
        </w:tc>
        <w:tc>
          <w:tcPr>
            <w:tcW w:w="3402" w:type="dxa"/>
            <w:gridSpan w:val="5"/>
            <w:vAlign w:val="center"/>
          </w:tcPr>
          <w:p w14:paraId="7356F6CD" w14:textId="77777777" w:rsidR="003A167D" w:rsidRPr="007620CD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  <w:tc>
          <w:tcPr>
            <w:tcW w:w="1417" w:type="dxa"/>
            <w:gridSpan w:val="2"/>
            <w:shd w:val="clear" w:color="auto" w:fill="F2F2F2"/>
            <w:vAlign w:val="center"/>
          </w:tcPr>
          <w:p w14:paraId="6A4702E4" w14:textId="77777777" w:rsidR="003A167D" w:rsidRPr="007620C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gramStart"/>
            <w:r w:rsidRPr="007620CD">
              <w:rPr>
                <w:b/>
                <w:sz w:val="21"/>
                <w:szCs w:val="28"/>
              </w:rPr>
              <w:t>学　　期</w:t>
            </w:r>
            <w:proofErr w:type="gramEnd"/>
          </w:p>
        </w:tc>
        <w:tc>
          <w:tcPr>
            <w:tcW w:w="3260" w:type="dxa"/>
            <w:gridSpan w:val="3"/>
            <w:vAlign w:val="center"/>
          </w:tcPr>
          <w:p w14:paraId="4146DEBD" w14:textId="77777777" w:rsidR="003A167D" w:rsidRPr="007620C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r w:rsidRPr="007620CD">
              <w:rPr>
                <w:sz w:val="21"/>
                <w:szCs w:val="28"/>
                <w:lang w:eastAsia="zh-CN"/>
              </w:rPr>
              <w:t xml:space="preserve">　　　　学年  </w:t>
            </w:r>
            <w:r w:rsidRPr="007620CD">
              <w:rPr>
                <w:rFonts w:hint="eastAsia"/>
                <w:sz w:val="21"/>
                <w:szCs w:val="28"/>
                <w:lang w:eastAsia="zh-CN"/>
              </w:rPr>
              <w:t xml:space="preserve">  </w:t>
            </w:r>
            <w:proofErr w:type="gramStart"/>
            <w:r w:rsidRPr="007620CD">
              <w:rPr>
                <w:sz w:val="21"/>
                <w:szCs w:val="28"/>
                <w:lang w:eastAsia="zh-CN"/>
              </w:rPr>
              <w:t xml:space="preserve">第　　</w:t>
            </w:r>
            <w:proofErr w:type="gramEnd"/>
            <w:r w:rsidRPr="007620CD">
              <w:rPr>
                <w:sz w:val="21"/>
                <w:szCs w:val="28"/>
                <w:lang w:eastAsia="zh-CN"/>
              </w:rPr>
              <w:t>学期</w:t>
            </w:r>
          </w:p>
        </w:tc>
      </w:tr>
      <w:tr w:rsidR="003A167D" w14:paraId="202ED90E" w14:textId="77777777" w:rsidTr="009B295C">
        <w:trPr>
          <w:trHeight w:val="368"/>
          <w:jc w:val="center"/>
        </w:trPr>
        <w:tc>
          <w:tcPr>
            <w:tcW w:w="2127" w:type="dxa"/>
            <w:gridSpan w:val="4"/>
            <w:shd w:val="clear" w:color="auto" w:fill="F2F2F2"/>
            <w:vAlign w:val="center"/>
          </w:tcPr>
          <w:p w14:paraId="47728957" w14:textId="77777777" w:rsidR="003A167D" w:rsidRPr="007620C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7620CD">
              <w:rPr>
                <w:b/>
                <w:sz w:val="21"/>
                <w:szCs w:val="28"/>
              </w:rPr>
              <w:t>督导组组长</w:t>
            </w:r>
            <w:proofErr w:type="spellEnd"/>
          </w:p>
        </w:tc>
        <w:tc>
          <w:tcPr>
            <w:tcW w:w="1134" w:type="dxa"/>
            <w:vAlign w:val="center"/>
          </w:tcPr>
          <w:p w14:paraId="100BA3BA" w14:textId="77777777" w:rsidR="003A167D" w:rsidRPr="007620CD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  <w:tc>
          <w:tcPr>
            <w:tcW w:w="1417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2994D73C" w14:textId="77777777" w:rsidR="003A167D" w:rsidRPr="007620C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7620CD">
              <w:rPr>
                <w:b/>
                <w:sz w:val="21"/>
                <w:szCs w:val="28"/>
              </w:rPr>
              <w:t>督导组成员</w:t>
            </w:r>
            <w:proofErr w:type="spellEnd"/>
          </w:p>
        </w:tc>
        <w:tc>
          <w:tcPr>
            <w:tcW w:w="5528" w:type="dxa"/>
            <w:gridSpan w:val="7"/>
            <w:tcBorders>
              <w:left w:val="single" w:sz="4" w:space="0" w:color="auto"/>
            </w:tcBorders>
            <w:shd w:val="clear" w:color="auto" w:fill="FFFFFF" w:themeFill="background1"/>
            <w:vAlign w:val="center"/>
          </w:tcPr>
          <w:p w14:paraId="4E11E945" w14:textId="77777777" w:rsidR="003A167D" w:rsidRPr="007620CD" w:rsidRDefault="003A167D" w:rsidP="001E2035">
            <w:pPr>
              <w:spacing w:after="0" w:line="230" w:lineRule="exact"/>
              <w:rPr>
                <w:rFonts w:hint="eastAsia"/>
                <w:sz w:val="21"/>
                <w:szCs w:val="28"/>
              </w:rPr>
            </w:pPr>
          </w:p>
        </w:tc>
      </w:tr>
      <w:tr w:rsidR="003A167D" w14:paraId="3A4556DB" w14:textId="77777777" w:rsidTr="00E26346">
        <w:trPr>
          <w:trHeight w:val="567"/>
          <w:jc w:val="center"/>
        </w:trPr>
        <w:tc>
          <w:tcPr>
            <w:tcW w:w="2127" w:type="dxa"/>
            <w:gridSpan w:val="4"/>
            <w:shd w:val="clear" w:color="auto" w:fill="F2F2F2"/>
            <w:vAlign w:val="center"/>
          </w:tcPr>
          <w:p w14:paraId="4049B186" w14:textId="77777777" w:rsidR="003A167D" w:rsidRPr="007620C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7620CD">
              <w:rPr>
                <w:b/>
                <w:sz w:val="21"/>
                <w:szCs w:val="28"/>
              </w:rPr>
              <w:t>计划完成</w:t>
            </w:r>
            <w:proofErr w:type="spellEnd"/>
          </w:p>
          <w:p w14:paraId="662C2770" w14:textId="77777777" w:rsidR="003A167D" w:rsidRPr="007620C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gramStart"/>
            <w:r w:rsidRPr="007620CD">
              <w:rPr>
                <w:b/>
                <w:sz w:val="21"/>
                <w:szCs w:val="28"/>
              </w:rPr>
              <w:t>情　　况</w:t>
            </w:r>
            <w:proofErr w:type="gramEnd"/>
          </w:p>
        </w:tc>
        <w:tc>
          <w:tcPr>
            <w:tcW w:w="8079" w:type="dxa"/>
            <w:gridSpan w:val="10"/>
            <w:vAlign w:val="center"/>
          </w:tcPr>
          <w:p w14:paraId="46F1D1A6" w14:textId="77777777" w:rsidR="003A167D" w:rsidRPr="007620CD" w:rsidRDefault="003A167D" w:rsidP="006D24AB">
            <w:pPr>
              <w:spacing w:after="0" w:line="380" w:lineRule="exact"/>
              <w:rPr>
                <w:rFonts w:hint="eastAsia"/>
                <w:sz w:val="21"/>
                <w:szCs w:val="28"/>
              </w:rPr>
            </w:pPr>
            <w:r w:rsidRPr="007620CD">
              <w:rPr>
                <w:sz w:val="21"/>
                <w:szCs w:val="28"/>
              </w:rPr>
              <w:t>□</w:t>
            </w:r>
            <w:proofErr w:type="spellStart"/>
            <w:proofErr w:type="gramStart"/>
            <w:r w:rsidRPr="007620CD">
              <w:rPr>
                <w:sz w:val="21"/>
                <w:szCs w:val="28"/>
              </w:rPr>
              <w:t>全部完成</w:t>
            </w:r>
            <w:proofErr w:type="spellEnd"/>
            <w:r w:rsidRPr="007620CD">
              <w:rPr>
                <w:sz w:val="21"/>
                <w:szCs w:val="28"/>
              </w:rPr>
              <w:t xml:space="preserve">　　□</w:t>
            </w:r>
            <w:proofErr w:type="spellStart"/>
            <w:proofErr w:type="gramEnd"/>
            <w:r w:rsidRPr="007620CD">
              <w:rPr>
                <w:sz w:val="21"/>
                <w:szCs w:val="28"/>
              </w:rPr>
              <w:t>基本完成（</w:t>
            </w:r>
            <w:proofErr w:type="gramStart"/>
            <w:r w:rsidRPr="007620CD">
              <w:rPr>
                <w:sz w:val="21"/>
                <w:szCs w:val="28"/>
              </w:rPr>
              <w:t>完成率</w:t>
            </w:r>
            <w:proofErr w:type="spellEnd"/>
            <w:r w:rsidRPr="007620CD">
              <w:rPr>
                <w:sz w:val="21"/>
                <w:szCs w:val="28"/>
              </w:rPr>
              <w:t xml:space="preserve">　　%）　　□</w:t>
            </w:r>
            <w:proofErr w:type="spellStart"/>
            <w:proofErr w:type="gramEnd"/>
            <w:r w:rsidRPr="007620CD">
              <w:rPr>
                <w:sz w:val="21"/>
                <w:szCs w:val="28"/>
              </w:rPr>
              <w:t>部分完成（</w:t>
            </w:r>
            <w:proofErr w:type="gramStart"/>
            <w:r w:rsidRPr="007620CD">
              <w:rPr>
                <w:sz w:val="21"/>
                <w:szCs w:val="28"/>
              </w:rPr>
              <w:t>完成率</w:t>
            </w:r>
            <w:proofErr w:type="spellEnd"/>
            <w:r w:rsidRPr="007620CD">
              <w:rPr>
                <w:sz w:val="21"/>
                <w:szCs w:val="28"/>
              </w:rPr>
              <w:t xml:space="preserve">　　%</w:t>
            </w:r>
            <w:proofErr w:type="gramEnd"/>
            <w:r w:rsidRPr="007620CD">
              <w:rPr>
                <w:sz w:val="21"/>
                <w:szCs w:val="28"/>
              </w:rPr>
              <w:t>）</w:t>
            </w:r>
          </w:p>
          <w:p w14:paraId="46049E9A" w14:textId="77777777" w:rsidR="003A167D" w:rsidRPr="007620CD" w:rsidRDefault="003A167D" w:rsidP="006D24AB">
            <w:pPr>
              <w:spacing w:after="0" w:line="38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7620CD">
              <w:rPr>
                <w:sz w:val="21"/>
                <w:szCs w:val="28"/>
                <w:lang w:eastAsia="zh-CN"/>
              </w:rPr>
              <w:t>未完成事项及原因：＿＿＿＿＿＿＿＿＿＿＿＿＿＿＿＿＿＿＿＿＿＿＿＿＿＿</w:t>
            </w:r>
          </w:p>
        </w:tc>
      </w:tr>
      <w:tr w:rsidR="003A167D" w14:paraId="5E5CB035" w14:textId="77777777" w:rsidTr="00CE09AF">
        <w:trPr>
          <w:trHeight w:val="283"/>
          <w:jc w:val="center"/>
        </w:trPr>
        <w:tc>
          <w:tcPr>
            <w:tcW w:w="10206" w:type="dxa"/>
            <w:gridSpan w:val="14"/>
            <w:shd w:val="clear" w:color="auto" w:fill="F2F2F2" w:themeFill="background1" w:themeFillShade="F2"/>
            <w:vAlign w:val="center"/>
          </w:tcPr>
          <w:p w14:paraId="1121F264" w14:textId="77777777" w:rsidR="003A167D" w:rsidRPr="007620CD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 w:rsidRPr="007620CD">
              <w:rPr>
                <w:b/>
                <w:sz w:val="21"/>
                <w:szCs w:val="21"/>
              </w:rPr>
              <w:t>督导工作统计数据</w:t>
            </w:r>
            <w:proofErr w:type="spellEnd"/>
          </w:p>
        </w:tc>
      </w:tr>
      <w:tr w:rsidR="003A167D" w14:paraId="3B4E5550" w14:textId="77777777" w:rsidTr="009B295C">
        <w:trPr>
          <w:trHeight w:val="340"/>
          <w:jc w:val="center"/>
        </w:trPr>
        <w:tc>
          <w:tcPr>
            <w:tcW w:w="2127" w:type="dxa"/>
            <w:gridSpan w:val="4"/>
            <w:shd w:val="clear" w:color="auto" w:fill="F2F2F2"/>
            <w:vAlign w:val="center"/>
          </w:tcPr>
          <w:p w14:paraId="24E0BED7" w14:textId="77777777" w:rsidR="003A167D" w:rsidRPr="00E26346" w:rsidRDefault="003A167D" w:rsidP="00E26346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 w:rsidRPr="00E26346">
              <w:rPr>
                <w:sz w:val="21"/>
                <w:szCs w:val="21"/>
              </w:rPr>
              <w:t>听课（课时</w:t>
            </w:r>
            <w:proofErr w:type="spellEnd"/>
            <w:r w:rsidRPr="00E26346">
              <w:rPr>
                <w:sz w:val="21"/>
                <w:szCs w:val="21"/>
              </w:rPr>
              <w:t>）</w:t>
            </w:r>
          </w:p>
        </w:tc>
        <w:tc>
          <w:tcPr>
            <w:tcW w:w="1134" w:type="dxa"/>
            <w:vAlign w:val="center"/>
          </w:tcPr>
          <w:p w14:paraId="5D0612EC" w14:textId="77777777" w:rsidR="003A167D" w:rsidRPr="00E26346" w:rsidRDefault="003A167D" w:rsidP="00E26346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68" w:type="dxa"/>
            <w:gridSpan w:val="4"/>
            <w:shd w:val="clear" w:color="auto" w:fill="F2F2F2"/>
            <w:vAlign w:val="center"/>
          </w:tcPr>
          <w:p w14:paraId="4D10D940" w14:textId="77777777" w:rsidR="003A167D" w:rsidRPr="00E26346" w:rsidRDefault="003A167D" w:rsidP="00E26346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 w:rsidRPr="00E26346">
              <w:rPr>
                <w:sz w:val="21"/>
                <w:szCs w:val="21"/>
              </w:rPr>
              <w:t>覆盖教师（人</w:t>
            </w:r>
            <w:proofErr w:type="spellEnd"/>
            <w:r w:rsidRPr="00E26346">
              <w:rPr>
                <w:sz w:val="21"/>
                <w:szCs w:val="21"/>
              </w:rPr>
              <w:t>）</w:t>
            </w:r>
          </w:p>
        </w:tc>
        <w:tc>
          <w:tcPr>
            <w:tcW w:w="1417" w:type="dxa"/>
            <w:gridSpan w:val="2"/>
            <w:vAlign w:val="center"/>
          </w:tcPr>
          <w:p w14:paraId="1A6B4D36" w14:textId="77777777" w:rsidR="003A167D" w:rsidRPr="00E26346" w:rsidRDefault="003A167D" w:rsidP="00E26346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shd w:val="clear" w:color="auto" w:fill="F2F2F2"/>
            <w:vAlign w:val="center"/>
          </w:tcPr>
          <w:p w14:paraId="217DC5BE" w14:textId="77777777" w:rsidR="003A167D" w:rsidRPr="00E26346" w:rsidRDefault="003A167D" w:rsidP="00E26346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 w:rsidRPr="00E26346">
              <w:rPr>
                <w:sz w:val="21"/>
                <w:szCs w:val="21"/>
              </w:rPr>
              <w:t>覆盖课程（门</w:t>
            </w:r>
            <w:proofErr w:type="spellEnd"/>
            <w:r w:rsidRPr="00E26346">
              <w:rPr>
                <w:sz w:val="21"/>
                <w:szCs w:val="21"/>
              </w:rPr>
              <w:t>）</w:t>
            </w:r>
          </w:p>
        </w:tc>
        <w:tc>
          <w:tcPr>
            <w:tcW w:w="1417" w:type="dxa"/>
            <w:vAlign w:val="center"/>
          </w:tcPr>
          <w:p w14:paraId="7117DB8B" w14:textId="77777777" w:rsidR="003A167D" w:rsidRPr="00E26346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3A167D" w14:paraId="1F41F737" w14:textId="77777777" w:rsidTr="009B295C">
        <w:trPr>
          <w:trHeight w:val="340"/>
          <w:jc w:val="center"/>
        </w:trPr>
        <w:tc>
          <w:tcPr>
            <w:tcW w:w="2127" w:type="dxa"/>
            <w:gridSpan w:val="4"/>
            <w:shd w:val="clear" w:color="auto" w:fill="F2F2F2"/>
            <w:vAlign w:val="center"/>
          </w:tcPr>
          <w:p w14:paraId="472BB49B" w14:textId="77777777" w:rsidR="003A167D" w:rsidRPr="00E26346" w:rsidRDefault="003A167D" w:rsidP="00E26346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 w:rsidRPr="00E26346">
              <w:rPr>
                <w:sz w:val="21"/>
                <w:szCs w:val="21"/>
              </w:rPr>
              <w:t>线上听课（课时</w:t>
            </w:r>
            <w:proofErr w:type="spellEnd"/>
            <w:r w:rsidRPr="00E26346">
              <w:rPr>
                <w:sz w:val="21"/>
                <w:szCs w:val="21"/>
              </w:rPr>
              <w:t>）</w:t>
            </w:r>
          </w:p>
        </w:tc>
        <w:tc>
          <w:tcPr>
            <w:tcW w:w="1134" w:type="dxa"/>
            <w:vAlign w:val="center"/>
          </w:tcPr>
          <w:p w14:paraId="72BC7047" w14:textId="77777777" w:rsidR="003A167D" w:rsidRPr="00E26346" w:rsidRDefault="003A167D" w:rsidP="00E26346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68" w:type="dxa"/>
            <w:gridSpan w:val="4"/>
            <w:shd w:val="clear" w:color="auto" w:fill="F2F2F2"/>
            <w:vAlign w:val="center"/>
          </w:tcPr>
          <w:p w14:paraId="422C490E" w14:textId="77777777" w:rsidR="003A167D" w:rsidRPr="00E26346" w:rsidRDefault="003A167D" w:rsidP="00E26346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 w:rsidRPr="00E26346">
              <w:rPr>
                <w:sz w:val="21"/>
                <w:szCs w:val="21"/>
              </w:rPr>
              <w:t>教学文件检查（份</w:t>
            </w:r>
            <w:proofErr w:type="spellEnd"/>
            <w:r w:rsidRPr="00E26346">
              <w:rPr>
                <w:sz w:val="21"/>
                <w:szCs w:val="21"/>
              </w:rPr>
              <w:t>）</w:t>
            </w:r>
          </w:p>
        </w:tc>
        <w:tc>
          <w:tcPr>
            <w:tcW w:w="1417" w:type="dxa"/>
            <w:gridSpan w:val="2"/>
            <w:vAlign w:val="center"/>
          </w:tcPr>
          <w:p w14:paraId="37FB8244" w14:textId="77777777" w:rsidR="003A167D" w:rsidRPr="00E26346" w:rsidRDefault="003A167D" w:rsidP="00E26346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843" w:type="dxa"/>
            <w:gridSpan w:val="2"/>
            <w:shd w:val="clear" w:color="auto" w:fill="F2F2F2"/>
            <w:vAlign w:val="center"/>
          </w:tcPr>
          <w:p w14:paraId="46C13EEC" w14:textId="77777777" w:rsidR="003A167D" w:rsidRPr="00E26346" w:rsidRDefault="003A167D" w:rsidP="00E26346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 w:rsidRPr="00E26346">
              <w:rPr>
                <w:sz w:val="21"/>
                <w:szCs w:val="21"/>
              </w:rPr>
              <w:t>座谈</w:t>
            </w:r>
            <w:proofErr w:type="spellEnd"/>
            <w:r w:rsidRPr="00E26346">
              <w:rPr>
                <w:sz w:val="21"/>
                <w:szCs w:val="21"/>
              </w:rPr>
              <w:t>/</w:t>
            </w:r>
            <w:proofErr w:type="spellStart"/>
            <w:r w:rsidRPr="00E26346">
              <w:rPr>
                <w:sz w:val="21"/>
                <w:szCs w:val="21"/>
              </w:rPr>
              <w:t>访谈（次</w:t>
            </w:r>
            <w:proofErr w:type="spellEnd"/>
            <w:r w:rsidRPr="00E26346">
              <w:rPr>
                <w:sz w:val="21"/>
                <w:szCs w:val="21"/>
              </w:rPr>
              <w:t>）</w:t>
            </w:r>
          </w:p>
        </w:tc>
        <w:tc>
          <w:tcPr>
            <w:tcW w:w="1417" w:type="dxa"/>
            <w:vAlign w:val="center"/>
          </w:tcPr>
          <w:p w14:paraId="7E97C3DD" w14:textId="77777777" w:rsidR="003A167D" w:rsidRPr="00E26346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3A167D" w14:paraId="3D2FCD12" w14:textId="77777777" w:rsidTr="009B295C">
        <w:trPr>
          <w:trHeight w:val="340"/>
          <w:jc w:val="center"/>
        </w:trPr>
        <w:tc>
          <w:tcPr>
            <w:tcW w:w="2127" w:type="dxa"/>
            <w:gridSpan w:val="4"/>
            <w:shd w:val="clear" w:color="auto" w:fill="F2F2F2"/>
            <w:vAlign w:val="center"/>
          </w:tcPr>
          <w:p w14:paraId="40B5AB42" w14:textId="77777777" w:rsidR="003A167D" w:rsidRPr="00E26346" w:rsidRDefault="003A167D" w:rsidP="00E26346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 w:rsidRPr="00E26346">
              <w:rPr>
                <w:sz w:val="21"/>
                <w:szCs w:val="21"/>
              </w:rPr>
              <w:t>学生问题核实（件</w:t>
            </w:r>
            <w:proofErr w:type="spellEnd"/>
            <w:r w:rsidRPr="00E26346">
              <w:rPr>
                <w:sz w:val="21"/>
                <w:szCs w:val="21"/>
              </w:rPr>
              <w:t>）</w:t>
            </w:r>
          </w:p>
        </w:tc>
        <w:tc>
          <w:tcPr>
            <w:tcW w:w="1134" w:type="dxa"/>
            <w:vAlign w:val="center"/>
          </w:tcPr>
          <w:p w14:paraId="1477D83F" w14:textId="77777777" w:rsidR="003A167D" w:rsidRPr="00E26346" w:rsidRDefault="003A167D" w:rsidP="00E26346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268" w:type="dxa"/>
            <w:gridSpan w:val="4"/>
            <w:shd w:val="clear" w:color="auto" w:fill="F2F2F2"/>
            <w:vAlign w:val="center"/>
          </w:tcPr>
          <w:p w14:paraId="54AFB77C" w14:textId="77777777" w:rsidR="003A167D" w:rsidRPr="00E26346" w:rsidRDefault="003A167D" w:rsidP="00E26346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E26346">
              <w:rPr>
                <w:sz w:val="21"/>
                <w:szCs w:val="21"/>
                <w:lang w:eastAsia="zh-CN"/>
              </w:rPr>
              <w:t>青年教师指导（人次）</w:t>
            </w:r>
          </w:p>
        </w:tc>
        <w:tc>
          <w:tcPr>
            <w:tcW w:w="1417" w:type="dxa"/>
            <w:gridSpan w:val="2"/>
            <w:vAlign w:val="center"/>
          </w:tcPr>
          <w:p w14:paraId="741EFEA3" w14:textId="77777777" w:rsidR="003A167D" w:rsidRPr="00E26346" w:rsidRDefault="003A167D" w:rsidP="00E26346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</w:p>
        </w:tc>
        <w:tc>
          <w:tcPr>
            <w:tcW w:w="1843" w:type="dxa"/>
            <w:gridSpan w:val="2"/>
            <w:shd w:val="clear" w:color="auto" w:fill="F2F2F2"/>
            <w:vAlign w:val="center"/>
          </w:tcPr>
          <w:p w14:paraId="641BB750" w14:textId="77777777" w:rsidR="003A167D" w:rsidRPr="00E26346" w:rsidRDefault="003A167D" w:rsidP="00E26346">
            <w:pPr>
              <w:spacing w:after="0" w:line="240" w:lineRule="auto"/>
              <w:jc w:val="center"/>
              <w:rPr>
                <w:rFonts w:hint="eastAsia"/>
                <w:sz w:val="21"/>
                <w:szCs w:val="21"/>
              </w:rPr>
            </w:pPr>
            <w:proofErr w:type="spellStart"/>
            <w:r w:rsidRPr="00E26346">
              <w:rPr>
                <w:sz w:val="21"/>
                <w:szCs w:val="21"/>
              </w:rPr>
              <w:t>问卷调查（次</w:t>
            </w:r>
            <w:proofErr w:type="spellEnd"/>
            <w:r w:rsidRPr="00E26346">
              <w:rPr>
                <w:sz w:val="21"/>
                <w:szCs w:val="21"/>
              </w:rPr>
              <w:t>）</w:t>
            </w:r>
          </w:p>
        </w:tc>
        <w:tc>
          <w:tcPr>
            <w:tcW w:w="1417" w:type="dxa"/>
            <w:vAlign w:val="center"/>
          </w:tcPr>
          <w:p w14:paraId="16545AE5" w14:textId="77777777" w:rsidR="003A167D" w:rsidRPr="00E26346" w:rsidRDefault="003A167D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:rsidR="00606551" w14:paraId="56205384" w14:textId="77777777" w:rsidTr="00606551">
        <w:trPr>
          <w:trHeight w:val="1283"/>
          <w:jc w:val="center"/>
        </w:trPr>
        <w:tc>
          <w:tcPr>
            <w:tcW w:w="1310" w:type="dxa"/>
            <w:gridSpan w:val="3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6DDB091F" w14:textId="77777777" w:rsidR="00606551" w:rsidRPr="00E26346" w:rsidRDefault="00606551" w:rsidP="00606551">
            <w:pPr>
              <w:spacing w:after="0" w:line="230" w:lineRule="exact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E26346">
              <w:rPr>
                <w:b/>
                <w:sz w:val="21"/>
                <w:szCs w:val="21"/>
                <w:lang w:eastAsia="zh-CN"/>
              </w:rPr>
              <w:t>面向产出</w:t>
            </w:r>
          </w:p>
          <w:p w14:paraId="06F9E573" w14:textId="77777777" w:rsidR="00606551" w:rsidRPr="00E26346" w:rsidRDefault="00606551" w:rsidP="00606551">
            <w:pPr>
              <w:spacing w:after="0" w:line="230" w:lineRule="exact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E26346">
              <w:rPr>
                <w:b/>
                <w:sz w:val="21"/>
                <w:szCs w:val="21"/>
                <w:lang w:eastAsia="zh-CN"/>
              </w:rPr>
              <w:t>的评价与</w:t>
            </w:r>
          </w:p>
          <w:p w14:paraId="3BE41191" w14:textId="77777777" w:rsidR="00606551" w:rsidRPr="00E26346" w:rsidRDefault="00606551" w:rsidP="00606551">
            <w:pPr>
              <w:spacing w:after="0" w:line="230" w:lineRule="exact"/>
              <w:jc w:val="center"/>
              <w:rPr>
                <w:rFonts w:hint="eastAsia"/>
                <w:sz w:val="21"/>
                <w:szCs w:val="21"/>
                <w:lang w:eastAsia="zh-CN"/>
              </w:rPr>
            </w:pPr>
            <w:r w:rsidRPr="00E26346">
              <w:rPr>
                <w:b/>
                <w:sz w:val="21"/>
                <w:szCs w:val="21"/>
                <w:lang w:eastAsia="zh-CN"/>
              </w:rPr>
              <w:t>改进工作</w:t>
            </w:r>
          </w:p>
        </w:tc>
        <w:tc>
          <w:tcPr>
            <w:tcW w:w="8896" w:type="dxa"/>
            <w:gridSpan w:val="11"/>
            <w:tcBorders>
              <w:left w:val="single" w:sz="4" w:space="0" w:color="auto"/>
            </w:tcBorders>
            <w:vAlign w:val="center"/>
          </w:tcPr>
          <w:p w14:paraId="3782C8A2" w14:textId="4597559B" w:rsidR="00606551" w:rsidRPr="00E26346" w:rsidRDefault="00606551" w:rsidP="00C457A1">
            <w:pPr>
              <w:spacing w:after="0" w:line="300" w:lineRule="exact"/>
              <w:rPr>
                <w:rFonts w:hint="eastAsia"/>
                <w:sz w:val="21"/>
                <w:szCs w:val="21"/>
                <w:lang w:eastAsia="zh-CN"/>
              </w:rPr>
            </w:pPr>
            <w:r w:rsidRPr="00E26346">
              <w:rPr>
                <w:sz w:val="21"/>
                <w:szCs w:val="21"/>
                <w:lang w:eastAsia="zh-CN"/>
              </w:rPr>
              <w:t>参与课程目标达成度评价</w:t>
            </w:r>
            <w:r w:rsidR="0054103B">
              <w:rPr>
                <w:rFonts w:hint="eastAsia"/>
                <w:sz w:val="21"/>
                <w:szCs w:val="21"/>
                <w:lang w:eastAsia="zh-CN"/>
              </w:rPr>
              <w:t>：课程</w:t>
            </w:r>
            <w:r w:rsidRPr="00E26346">
              <w:rPr>
                <w:sz w:val="21"/>
                <w:szCs w:val="21"/>
                <w:u w:val="single"/>
                <w:lang w:eastAsia="zh-CN"/>
              </w:rPr>
              <w:t xml:space="preserve">　</w:t>
            </w:r>
            <w:r w:rsidR="003470A9">
              <w:rPr>
                <w:rFonts w:hint="eastAsia"/>
                <w:sz w:val="21"/>
                <w:szCs w:val="21"/>
                <w:u w:val="single"/>
                <w:lang w:eastAsia="zh-CN"/>
              </w:rPr>
              <w:t xml:space="preserve"> </w:t>
            </w:r>
            <w:r w:rsidRPr="00E26346">
              <w:rPr>
                <w:sz w:val="21"/>
                <w:szCs w:val="21"/>
                <w:lang w:eastAsia="zh-CN"/>
              </w:rPr>
              <w:t>门</w:t>
            </w:r>
            <w:r w:rsidR="0054103B">
              <w:rPr>
                <w:rFonts w:hint="eastAsia"/>
                <w:sz w:val="21"/>
                <w:szCs w:val="21"/>
                <w:lang w:eastAsia="zh-CN"/>
              </w:rPr>
              <w:t>（其中</w:t>
            </w:r>
            <w:r w:rsidRPr="00E26346">
              <w:rPr>
                <w:sz w:val="21"/>
                <w:szCs w:val="21"/>
                <w:lang w:eastAsia="zh-CN"/>
              </w:rPr>
              <w:t>达成度偏低课程</w:t>
            </w:r>
            <w:r w:rsidRPr="00E26346">
              <w:rPr>
                <w:sz w:val="21"/>
                <w:szCs w:val="21"/>
                <w:u w:val="single"/>
                <w:lang w:eastAsia="zh-CN"/>
              </w:rPr>
              <w:t xml:space="preserve">　　</w:t>
            </w:r>
            <w:r w:rsidRPr="00E26346">
              <w:rPr>
                <w:sz w:val="21"/>
                <w:szCs w:val="21"/>
                <w:lang w:eastAsia="zh-CN"/>
              </w:rPr>
              <w:t>门　已督促整改</w:t>
            </w:r>
            <w:r w:rsidR="0054103B">
              <w:rPr>
                <w:rFonts w:hint="eastAsia"/>
                <w:sz w:val="21"/>
                <w:szCs w:val="21"/>
                <w:lang w:eastAsia="zh-CN"/>
              </w:rPr>
              <w:t>课程</w:t>
            </w:r>
            <w:r w:rsidRPr="00E26346">
              <w:rPr>
                <w:sz w:val="21"/>
                <w:szCs w:val="21"/>
                <w:u w:val="single"/>
                <w:lang w:eastAsia="zh-CN"/>
              </w:rPr>
              <w:t xml:space="preserve">　</w:t>
            </w:r>
            <w:r>
              <w:rPr>
                <w:rFonts w:hint="eastAsia"/>
                <w:sz w:val="21"/>
                <w:szCs w:val="21"/>
                <w:u w:val="single"/>
                <w:lang w:eastAsia="zh-CN"/>
              </w:rPr>
              <w:t xml:space="preserve"> </w:t>
            </w:r>
            <w:r w:rsidRPr="00E26346">
              <w:rPr>
                <w:sz w:val="21"/>
                <w:szCs w:val="21"/>
                <w:lang w:eastAsia="zh-CN"/>
              </w:rPr>
              <w:t>门</w:t>
            </w:r>
            <w:r w:rsidR="003470A9">
              <w:rPr>
                <w:rFonts w:hint="eastAsia"/>
                <w:sz w:val="21"/>
                <w:szCs w:val="21"/>
                <w:lang w:eastAsia="zh-CN"/>
              </w:rPr>
              <w:t>）</w:t>
            </w:r>
          </w:p>
          <w:p w14:paraId="2F57CA57" w14:textId="41009115" w:rsidR="00606551" w:rsidRPr="00E26346" w:rsidRDefault="00606551" w:rsidP="00C457A1">
            <w:pPr>
              <w:spacing w:after="0" w:line="300" w:lineRule="exact"/>
              <w:rPr>
                <w:rFonts w:hint="eastAsia"/>
                <w:sz w:val="21"/>
                <w:szCs w:val="21"/>
                <w:lang w:eastAsia="zh-CN"/>
              </w:rPr>
            </w:pPr>
            <w:r w:rsidRPr="00E26346">
              <w:rPr>
                <w:sz w:val="21"/>
                <w:szCs w:val="21"/>
                <w:lang w:eastAsia="zh-CN"/>
              </w:rPr>
              <w:t>毕业要求及培养目标达成度评价参与情况：＿＿＿＿＿＿＿＿</w:t>
            </w:r>
            <w:r w:rsidR="00005D84">
              <w:rPr>
                <w:rFonts w:hint="eastAsia"/>
                <w:sz w:val="21"/>
                <w:szCs w:val="21"/>
                <w:u w:val="single"/>
                <w:lang w:eastAsia="zh-CN"/>
              </w:rPr>
              <w:t xml:space="preserve">           </w:t>
            </w:r>
            <w:r w:rsidRPr="00E26346">
              <w:rPr>
                <w:sz w:val="21"/>
                <w:szCs w:val="21"/>
                <w:lang w:eastAsia="zh-CN"/>
              </w:rPr>
              <w:t>＿＿＿＿＿＿＿＿</w:t>
            </w:r>
          </w:p>
          <w:p w14:paraId="55FA3D20" w14:textId="7E06CDF4" w:rsidR="00606551" w:rsidRPr="00E26346" w:rsidRDefault="00606551" w:rsidP="00C457A1">
            <w:pPr>
              <w:spacing w:after="0" w:line="300" w:lineRule="exact"/>
              <w:rPr>
                <w:rFonts w:hint="eastAsia"/>
                <w:sz w:val="21"/>
                <w:szCs w:val="21"/>
                <w:lang w:eastAsia="zh-CN"/>
              </w:rPr>
            </w:pPr>
            <w:r w:rsidRPr="00E26346">
              <w:rPr>
                <w:sz w:val="21"/>
                <w:szCs w:val="21"/>
                <w:lang w:eastAsia="zh-CN"/>
              </w:rPr>
              <w:t>学生评教结果分析运用情况：＿＿＿＿＿＿＿＿＿</w:t>
            </w:r>
            <w:r w:rsidR="00005D84">
              <w:rPr>
                <w:rFonts w:hint="eastAsia"/>
                <w:sz w:val="21"/>
                <w:szCs w:val="21"/>
                <w:u w:val="single"/>
                <w:lang w:eastAsia="zh-CN"/>
              </w:rPr>
              <w:t xml:space="preserve">           </w:t>
            </w:r>
            <w:r w:rsidRPr="00E26346">
              <w:rPr>
                <w:sz w:val="21"/>
                <w:szCs w:val="21"/>
                <w:lang w:eastAsia="zh-CN"/>
              </w:rPr>
              <w:t>＿＿＿＿＿＿＿＿＿＿＿＿＿</w:t>
            </w:r>
          </w:p>
          <w:p w14:paraId="7C07E670" w14:textId="4541D911" w:rsidR="00606551" w:rsidRPr="00E26346" w:rsidRDefault="00606551" w:rsidP="00C457A1">
            <w:pPr>
              <w:spacing w:after="0" w:line="300" w:lineRule="exact"/>
              <w:rPr>
                <w:rFonts w:hint="eastAsia"/>
                <w:sz w:val="21"/>
                <w:szCs w:val="21"/>
                <w:lang w:eastAsia="zh-CN"/>
              </w:rPr>
            </w:pPr>
            <w:r w:rsidRPr="00E26346">
              <w:rPr>
                <w:rFonts w:hint="eastAsia"/>
                <w:sz w:val="21"/>
                <w:szCs w:val="21"/>
                <w:lang w:eastAsia="zh-CN"/>
              </w:rPr>
              <w:t>其他：</w:t>
            </w:r>
            <w:r w:rsidRPr="00E26346">
              <w:rPr>
                <w:sz w:val="21"/>
                <w:szCs w:val="21"/>
                <w:lang w:eastAsia="zh-CN"/>
              </w:rPr>
              <w:t>＿＿＿＿＿＿＿＿＿＿＿＿＿＿＿＿＿</w:t>
            </w:r>
            <w:r w:rsidR="00005D84">
              <w:rPr>
                <w:rFonts w:hint="eastAsia"/>
                <w:sz w:val="21"/>
                <w:szCs w:val="21"/>
                <w:u w:val="single"/>
                <w:lang w:eastAsia="zh-CN"/>
              </w:rPr>
              <w:t xml:space="preserve">           </w:t>
            </w:r>
            <w:r w:rsidRPr="00E26346">
              <w:rPr>
                <w:sz w:val="21"/>
                <w:szCs w:val="21"/>
                <w:lang w:eastAsia="zh-CN"/>
              </w:rPr>
              <w:t>＿＿＿＿＿＿＿＿＿＿＿＿＿＿＿</w:t>
            </w:r>
          </w:p>
        </w:tc>
      </w:tr>
      <w:tr w:rsidR="003A167D" w14:paraId="3B203C8D" w14:textId="77777777" w:rsidTr="00CE09AF">
        <w:trPr>
          <w:trHeight w:val="321"/>
          <w:jc w:val="center"/>
        </w:trPr>
        <w:tc>
          <w:tcPr>
            <w:tcW w:w="10206" w:type="dxa"/>
            <w:gridSpan w:val="14"/>
            <w:shd w:val="clear" w:color="auto" w:fill="F2F2F2" w:themeFill="background1" w:themeFillShade="F2"/>
            <w:vAlign w:val="center"/>
          </w:tcPr>
          <w:p w14:paraId="3130E079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  <w:lang w:eastAsia="zh-CN"/>
              </w:rPr>
            </w:pPr>
            <w:r w:rsidRPr="007620CD">
              <w:rPr>
                <w:b/>
                <w:sz w:val="21"/>
                <w:szCs w:val="28"/>
                <w:lang w:eastAsia="zh-CN"/>
              </w:rPr>
              <w:t>发现的主要问题及整改闭环管理（反馈→整改→跟踪核查，超过</w:t>
            </w:r>
            <w:r w:rsidRPr="007620CD">
              <w:rPr>
                <w:rFonts w:hint="eastAsia"/>
                <w:b/>
                <w:sz w:val="21"/>
                <w:szCs w:val="28"/>
                <w:lang w:eastAsia="zh-CN"/>
              </w:rPr>
              <w:t>5</w:t>
            </w:r>
            <w:r w:rsidRPr="007620CD">
              <w:rPr>
                <w:b/>
                <w:sz w:val="21"/>
                <w:szCs w:val="28"/>
                <w:lang w:eastAsia="zh-CN"/>
              </w:rPr>
              <w:t>项可另附页）</w:t>
            </w:r>
          </w:p>
        </w:tc>
      </w:tr>
      <w:tr w:rsidR="003A167D" w14:paraId="1F5BC209" w14:textId="77777777" w:rsidTr="001E2035">
        <w:trPr>
          <w:trHeight w:val="536"/>
          <w:jc w:val="center"/>
        </w:trPr>
        <w:tc>
          <w:tcPr>
            <w:tcW w:w="10206" w:type="dxa"/>
            <w:gridSpan w:val="14"/>
            <w:vAlign w:val="center"/>
          </w:tcPr>
          <w:p w14:paraId="238CC96F" w14:textId="77777777" w:rsidR="009B295C" w:rsidRPr="006E3D6B" w:rsidRDefault="009B295C" w:rsidP="009B295C">
            <w:pPr>
              <w:spacing w:after="0" w:line="30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6E3D6B">
              <w:rPr>
                <w:b/>
                <w:bCs/>
                <w:sz w:val="20"/>
                <w:szCs w:val="28"/>
                <w:lang w:eastAsia="zh-CN"/>
              </w:rPr>
              <w:t>问题类型</w:t>
            </w:r>
            <w:r w:rsidRPr="006E3D6B">
              <w:rPr>
                <w:sz w:val="20"/>
                <w:szCs w:val="28"/>
                <w:lang w:eastAsia="zh-CN"/>
              </w:rPr>
              <w:t>：①教风教法</w:t>
            </w:r>
            <w:r w:rsidRPr="006E3D6B">
              <w:rPr>
                <w:rFonts w:hint="eastAsia"/>
                <w:sz w:val="20"/>
                <w:szCs w:val="28"/>
                <w:lang w:eastAsia="zh-CN"/>
              </w:rPr>
              <w:t xml:space="preserve"> </w:t>
            </w:r>
            <w:r w:rsidRPr="006E3D6B">
              <w:rPr>
                <w:sz w:val="20"/>
                <w:szCs w:val="28"/>
                <w:lang w:eastAsia="zh-CN"/>
              </w:rPr>
              <w:t>②</w:t>
            </w:r>
            <w:proofErr w:type="gramStart"/>
            <w:r w:rsidRPr="006E3D6B">
              <w:rPr>
                <w:sz w:val="20"/>
                <w:szCs w:val="28"/>
                <w:lang w:eastAsia="zh-CN"/>
              </w:rPr>
              <w:t>学风学纪</w:t>
            </w:r>
            <w:proofErr w:type="gramEnd"/>
            <w:r w:rsidRPr="006E3D6B">
              <w:rPr>
                <w:sz w:val="20"/>
                <w:szCs w:val="28"/>
                <w:lang w:eastAsia="zh-CN"/>
              </w:rPr>
              <w:t xml:space="preserve">　③考核/毕业论文（设计）　④教学文件　⑤设施环境　⑥教学管理　⑦其他</w:t>
            </w:r>
          </w:p>
          <w:p w14:paraId="6B185B79" w14:textId="2860AA77" w:rsidR="009B295C" w:rsidRPr="006E3D6B" w:rsidRDefault="009B295C" w:rsidP="009B295C">
            <w:pPr>
              <w:spacing w:after="0" w:line="300" w:lineRule="exact"/>
              <w:rPr>
                <w:rFonts w:hint="eastAsia"/>
                <w:sz w:val="20"/>
                <w:szCs w:val="28"/>
                <w:lang w:eastAsia="zh-CN"/>
              </w:rPr>
            </w:pPr>
            <w:r w:rsidRPr="006E3D6B">
              <w:rPr>
                <w:b/>
                <w:bCs/>
                <w:sz w:val="20"/>
                <w:szCs w:val="28"/>
                <w:lang w:eastAsia="zh-CN"/>
              </w:rPr>
              <w:t>反馈方式</w:t>
            </w:r>
            <w:r w:rsidRPr="006E3D6B">
              <w:rPr>
                <w:sz w:val="20"/>
                <w:szCs w:val="28"/>
                <w:lang w:eastAsia="zh-CN"/>
              </w:rPr>
              <w:t>：</w:t>
            </w:r>
            <w:r w:rsidRPr="00AD5891">
              <w:rPr>
                <w:rFonts w:hint="eastAsia"/>
                <w:sz w:val="20"/>
                <w:szCs w:val="28"/>
                <w:lang w:eastAsia="zh-CN"/>
              </w:rPr>
              <w:t>①当场</w:t>
            </w:r>
            <w:r w:rsidR="00834E06">
              <w:rPr>
                <w:rFonts w:hint="eastAsia"/>
                <w:sz w:val="20"/>
                <w:szCs w:val="28"/>
                <w:lang w:eastAsia="zh-CN"/>
              </w:rPr>
              <w:t>向</w:t>
            </w:r>
            <w:r w:rsidRPr="00AD5891">
              <w:rPr>
                <w:rFonts w:hint="eastAsia"/>
                <w:sz w:val="20"/>
                <w:szCs w:val="28"/>
                <w:lang w:eastAsia="zh-CN"/>
              </w:rPr>
              <w:t>任课教师</w:t>
            </w:r>
            <w:r w:rsidR="00834E06" w:rsidRPr="00AD5891">
              <w:rPr>
                <w:rFonts w:hint="eastAsia"/>
                <w:sz w:val="20"/>
                <w:szCs w:val="28"/>
                <w:lang w:eastAsia="zh-CN"/>
              </w:rPr>
              <w:t>反馈</w:t>
            </w:r>
            <w:r w:rsidRPr="00AD5891">
              <w:rPr>
                <w:rFonts w:hint="eastAsia"/>
                <w:sz w:val="20"/>
                <w:szCs w:val="28"/>
                <w:lang w:eastAsia="zh-CN"/>
              </w:rPr>
              <w:t>②</w:t>
            </w:r>
            <w:r w:rsidR="00834E06" w:rsidRPr="00834E06">
              <w:rPr>
                <w:rFonts w:hint="eastAsia"/>
                <w:sz w:val="20"/>
                <w:szCs w:val="28"/>
                <w:lang w:eastAsia="zh-CN"/>
              </w:rPr>
              <w:t>向学院分管教学领导</w:t>
            </w:r>
            <w:r w:rsidRPr="00AD5891">
              <w:rPr>
                <w:rFonts w:hint="eastAsia"/>
                <w:sz w:val="20"/>
                <w:szCs w:val="28"/>
                <w:lang w:eastAsia="zh-CN"/>
              </w:rPr>
              <w:t>反馈③向教务处/</w:t>
            </w:r>
            <w:r w:rsidR="0054103B">
              <w:rPr>
                <w:rFonts w:hint="eastAsia"/>
                <w:sz w:val="20"/>
                <w:szCs w:val="28"/>
                <w:lang w:eastAsia="zh-CN"/>
              </w:rPr>
              <w:t>教学质量监控与评估</w:t>
            </w:r>
            <w:r w:rsidRPr="00AD5891">
              <w:rPr>
                <w:rFonts w:hint="eastAsia"/>
                <w:sz w:val="20"/>
                <w:szCs w:val="28"/>
                <w:lang w:eastAsia="zh-CN"/>
              </w:rPr>
              <w:t>处反馈④书面通报</w:t>
            </w:r>
            <w:r w:rsidRPr="006E3D6B">
              <w:rPr>
                <w:sz w:val="20"/>
                <w:szCs w:val="28"/>
                <w:lang w:eastAsia="zh-CN"/>
              </w:rPr>
              <w:t xml:space="preserve">　</w:t>
            </w:r>
          </w:p>
          <w:p w14:paraId="7E83BFA3" w14:textId="207A1AFC" w:rsidR="003A167D" w:rsidRDefault="009B295C" w:rsidP="009B295C">
            <w:pPr>
              <w:spacing w:after="0" w:line="300" w:lineRule="exact"/>
              <w:rPr>
                <w:rFonts w:hint="eastAsia"/>
                <w:lang w:eastAsia="zh-CN"/>
              </w:rPr>
            </w:pPr>
            <w:r w:rsidRPr="006E3D6B">
              <w:rPr>
                <w:b/>
                <w:bCs/>
                <w:sz w:val="20"/>
                <w:szCs w:val="28"/>
                <w:lang w:eastAsia="zh-CN"/>
              </w:rPr>
              <w:t>核查结果</w:t>
            </w:r>
            <w:r w:rsidRPr="006E3D6B">
              <w:rPr>
                <w:sz w:val="20"/>
                <w:szCs w:val="28"/>
                <w:lang w:eastAsia="zh-CN"/>
              </w:rPr>
              <w:t>：①已整改　②整改中　③未整改</w:t>
            </w:r>
          </w:p>
        </w:tc>
      </w:tr>
      <w:tr w:rsidR="003A167D" w14:paraId="499C6591" w14:textId="77777777" w:rsidTr="001E2035">
        <w:trPr>
          <w:trHeight w:val="340"/>
          <w:jc w:val="center"/>
        </w:trPr>
        <w:tc>
          <w:tcPr>
            <w:tcW w:w="567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1E2F8373" w14:textId="77777777" w:rsidR="003A167D" w:rsidRDefault="003A167D" w:rsidP="001E2035">
            <w:pPr>
              <w:spacing w:after="0" w:line="210" w:lineRule="exact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16"/>
              </w:rPr>
              <w:t>序号</w:t>
            </w:r>
            <w:proofErr w:type="spellEnd"/>
          </w:p>
        </w:tc>
        <w:tc>
          <w:tcPr>
            <w:tcW w:w="3402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FD2A4C0" w14:textId="77777777" w:rsidR="003A167D" w:rsidRDefault="003A167D" w:rsidP="001E2035">
            <w:pPr>
              <w:spacing w:after="0" w:line="210" w:lineRule="exact"/>
              <w:jc w:val="center"/>
              <w:rPr>
                <w:rFonts w:hint="eastAsia"/>
                <w:lang w:eastAsia="zh-CN"/>
              </w:rPr>
            </w:pPr>
            <w:r>
              <w:rPr>
                <w:b/>
                <w:sz w:val="16"/>
                <w:lang w:eastAsia="zh-CN"/>
              </w:rPr>
              <w:t>问题描述（具体到课程/教师/环节）</w:t>
            </w:r>
          </w:p>
        </w:tc>
        <w:tc>
          <w:tcPr>
            <w:tcW w:w="142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0728A6" w14:textId="77777777" w:rsidR="003A167D" w:rsidRDefault="003A167D" w:rsidP="001E2035">
            <w:pPr>
              <w:spacing w:after="0" w:line="210" w:lineRule="exact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16"/>
              </w:rPr>
              <w:t>问题类型（序号</w:t>
            </w:r>
            <w:proofErr w:type="spellEnd"/>
            <w:r>
              <w:rPr>
                <w:b/>
                <w:sz w:val="16"/>
              </w:rPr>
              <w:t>）</w:t>
            </w:r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0AF4C6A" w14:textId="77777777" w:rsidR="003A167D" w:rsidRDefault="003A167D" w:rsidP="001E2035">
            <w:pPr>
              <w:spacing w:after="0" w:line="210" w:lineRule="exact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16"/>
              </w:rPr>
              <w:t>反馈方式（序号</w:t>
            </w:r>
            <w:proofErr w:type="spellEnd"/>
            <w:r>
              <w:rPr>
                <w:b/>
                <w:sz w:val="16"/>
              </w:rPr>
              <w:t>）</w:t>
            </w:r>
          </w:p>
        </w:tc>
        <w:tc>
          <w:tcPr>
            <w:tcW w:w="191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0132565" w14:textId="77777777" w:rsidR="003A167D" w:rsidRDefault="003A167D" w:rsidP="001E2035">
            <w:pPr>
              <w:spacing w:after="0" w:line="210" w:lineRule="exact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16"/>
              </w:rPr>
              <w:t>整改措施及期限</w:t>
            </w:r>
            <w:proofErr w:type="spellEnd"/>
          </w:p>
        </w:tc>
        <w:tc>
          <w:tcPr>
            <w:tcW w:w="1490" w:type="dxa"/>
            <w:gridSpan w:val="2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98E77F2" w14:textId="77777777" w:rsidR="003A167D" w:rsidRDefault="003A167D" w:rsidP="001E2035">
            <w:pPr>
              <w:spacing w:after="0" w:line="210" w:lineRule="exact"/>
              <w:jc w:val="center"/>
              <w:rPr>
                <w:rFonts w:hint="eastAsia"/>
              </w:rPr>
            </w:pPr>
            <w:proofErr w:type="spellStart"/>
            <w:r>
              <w:rPr>
                <w:b/>
                <w:sz w:val="16"/>
              </w:rPr>
              <w:t>核查结果（序号</w:t>
            </w:r>
            <w:proofErr w:type="spellEnd"/>
            <w:r>
              <w:rPr>
                <w:b/>
                <w:sz w:val="16"/>
              </w:rPr>
              <w:t>）</w:t>
            </w:r>
          </w:p>
        </w:tc>
      </w:tr>
      <w:tr w:rsidR="003A167D" w14:paraId="101F8617" w14:textId="77777777" w:rsidTr="007620CD">
        <w:trPr>
          <w:trHeight w:val="511"/>
          <w:jc w:val="center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0FF13FAC" w14:textId="77777777" w:rsidR="003A167D" w:rsidRDefault="003A167D" w:rsidP="001E2035">
            <w:pPr>
              <w:spacing w:after="0" w:line="210" w:lineRule="exact"/>
              <w:jc w:val="center"/>
              <w:rPr>
                <w:rFonts w:hint="eastAsia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3402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2474B7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9E520B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BE475D" w14:textId="77777777" w:rsidR="003A167D" w:rsidRDefault="003A167D" w:rsidP="001E2035">
            <w:pPr>
              <w:spacing w:after="0" w:line="230" w:lineRule="exact"/>
              <w:rPr>
                <w:rFonts w:hint="eastAsia"/>
              </w:rPr>
            </w:pPr>
          </w:p>
        </w:tc>
        <w:tc>
          <w:tcPr>
            <w:tcW w:w="191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C48CB0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  <w:tc>
          <w:tcPr>
            <w:tcW w:w="1490" w:type="dxa"/>
            <w:gridSpan w:val="2"/>
            <w:tcBorders>
              <w:left w:val="single" w:sz="4" w:space="0" w:color="auto"/>
            </w:tcBorders>
            <w:vAlign w:val="center"/>
          </w:tcPr>
          <w:p w14:paraId="0355DD82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</w:tr>
      <w:tr w:rsidR="003A167D" w14:paraId="5C373C68" w14:textId="77777777" w:rsidTr="007620CD">
        <w:trPr>
          <w:trHeight w:val="511"/>
          <w:jc w:val="center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2467ED3C" w14:textId="77777777" w:rsidR="003A167D" w:rsidRDefault="003A167D" w:rsidP="001E2035">
            <w:pPr>
              <w:spacing w:after="0" w:line="210" w:lineRule="exact"/>
              <w:jc w:val="center"/>
              <w:rPr>
                <w:rFonts w:hint="eastAsia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3402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04D836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7590C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4FFB80" w14:textId="77777777" w:rsidR="003A167D" w:rsidRDefault="003A167D" w:rsidP="001E2035">
            <w:pPr>
              <w:spacing w:after="0" w:line="230" w:lineRule="exact"/>
              <w:rPr>
                <w:rFonts w:hint="eastAsia"/>
              </w:rPr>
            </w:pPr>
          </w:p>
        </w:tc>
        <w:tc>
          <w:tcPr>
            <w:tcW w:w="191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7024AF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  <w:tc>
          <w:tcPr>
            <w:tcW w:w="1490" w:type="dxa"/>
            <w:gridSpan w:val="2"/>
            <w:tcBorders>
              <w:left w:val="single" w:sz="4" w:space="0" w:color="auto"/>
            </w:tcBorders>
            <w:vAlign w:val="center"/>
          </w:tcPr>
          <w:p w14:paraId="403C167B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</w:tr>
      <w:tr w:rsidR="003A167D" w14:paraId="1CF81FC8" w14:textId="77777777" w:rsidTr="007620CD">
        <w:trPr>
          <w:trHeight w:val="511"/>
          <w:jc w:val="center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4E1545CF" w14:textId="77777777" w:rsidR="003A167D" w:rsidRDefault="003A167D" w:rsidP="001E2035">
            <w:pPr>
              <w:spacing w:after="0" w:line="210" w:lineRule="exact"/>
              <w:jc w:val="center"/>
              <w:rPr>
                <w:rFonts w:hint="eastAsia"/>
                <w:sz w:val="16"/>
                <w:lang w:eastAsia="zh-CN"/>
              </w:rPr>
            </w:pPr>
            <w:r>
              <w:rPr>
                <w:rFonts w:hint="eastAsia"/>
                <w:sz w:val="16"/>
                <w:lang w:eastAsia="zh-CN"/>
              </w:rPr>
              <w:t>3</w:t>
            </w:r>
          </w:p>
        </w:tc>
        <w:tc>
          <w:tcPr>
            <w:tcW w:w="3402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2402D9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8E00D7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C33948" w14:textId="77777777" w:rsidR="003A167D" w:rsidRDefault="003A167D" w:rsidP="001E2035">
            <w:pPr>
              <w:spacing w:after="0" w:line="230" w:lineRule="exact"/>
              <w:rPr>
                <w:rFonts w:hint="eastAsia"/>
              </w:rPr>
            </w:pPr>
          </w:p>
        </w:tc>
        <w:tc>
          <w:tcPr>
            <w:tcW w:w="191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795EB1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  <w:tc>
          <w:tcPr>
            <w:tcW w:w="1490" w:type="dxa"/>
            <w:gridSpan w:val="2"/>
            <w:tcBorders>
              <w:left w:val="single" w:sz="4" w:space="0" w:color="auto"/>
            </w:tcBorders>
            <w:vAlign w:val="center"/>
          </w:tcPr>
          <w:p w14:paraId="1A32767C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</w:tr>
      <w:tr w:rsidR="003A167D" w14:paraId="2A4F9C8F" w14:textId="77777777" w:rsidTr="007620CD">
        <w:trPr>
          <w:trHeight w:val="511"/>
          <w:jc w:val="center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75E7FFFD" w14:textId="77777777" w:rsidR="003A167D" w:rsidRDefault="003A167D" w:rsidP="001E2035">
            <w:pPr>
              <w:spacing w:after="0" w:line="210" w:lineRule="exact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sz w:val="16"/>
                <w:lang w:eastAsia="zh-CN"/>
              </w:rPr>
              <w:t>4</w:t>
            </w:r>
          </w:p>
        </w:tc>
        <w:tc>
          <w:tcPr>
            <w:tcW w:w="3402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547FEC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BC7A0C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A2D4C1" w14:textId="77777777" w:rsidR="003A167D" w:rsidRDefault="003A167D" w:rsidP="001E2035">
            <w:pPr>
              <w:spacing w:after="0" w:line="230" w:lineRule="exact"/>
              <w:rPr>
                <w:rFonts w:hint="eastAsia"/>
              </w:rPr>
            </w:pPr>
          </w:p>
        </w:tc>
        <w:tc>
          <w:tcPr>
            <w:tcW w:w="191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C8EB5F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  <w:tc>
          <w:tcPr>
            <w:tcW w:w="1490" w:type="dxa"/>
            <w:gridSpan w:val="2"/>
            <w:tcBorders>
              <w:left w:val="single" w:sz="4" w:space="0" w:color="auto"/>
            </w:tcBorders>
            <w:vAlign w:val="center"/>
          </w:tcPr>
          <w:p w14:paraId="28FA6DB6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</w:tr>
      <w:tr w:rsidR="003A167D" w14:paraId="756E8C9C" w14:textId="77777777" w:rsidTr="007620CD">
        <w:trPr>
          <w:trHeight w:val="511"/>
          <w:jc w:val="center"/>
        </w:trPr>
        <w:tc>
          <w:tcPr>
            <w:tcW w:w="567" w:type="dxa"/>
            <w:tcBorders>
              <w:right w:val="single" w:sz="4" w:space="0" w:color="auto"/>
            </w:tcBorders>
            <w:vAlign w:val="center"/>
          </w:tcPr>
          <w:p w14:paraId="4B35F1B1" w14:textId="77777777" w:rsidR="003A167D" w:rsidRDefault="003A167D" w:rsidP="001E2035">
            <w:pPr>
              <w:spacing w:after="0" w:line="210" w:lineRule="exact"/>
              <w:jc w:val="center"/>
              <w:rPr>
                <w:rFonts w:hint="eastAsia"/>
                <w:sz w:val="16"/>
                <w:lang w:eastAsia="zh-CN"/>
              </w:rPr>
            </w:pPr>
            <w:r>
              <w:rPr>
                <w:rFonts w:hint="eastAsia"/>
                <w:sz w:val="16"/>
                <w:lang w:eastAsia="zh-CN"/>
              </w:rPr>
              <w:t>5</w:t>
            </w:r>
          </w:p>
        </w:tc>
        <w:tc>
          <w:tcPr>
            <w:tcW w:w="3402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85E1AC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  <w:tc>
          <w:tcPr>
            <w:tcW w:w="1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2F8389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  <w:tc>
          <w:tcPr>
            <w:tcW w:w="14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D608F0" w14:textId="77777777" w:rsidR="003A167D" w:rsidRDefault="003A167D" w:rsidP="001E2035">
            <w:pPr>
              <w:spacing w:after="0" w:line="230" w:lineRule="exact"/>
              <w:rPr>
                <w:rFonts w:hint="eastAsia"/>
              </w:rPr>
            </w:pPr>
          </w:p>
        </w:tc>
        <w:tc>
          <w:tcPr>
            <w:tcW w:w="191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21EE3A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  <w:tc>
          <w:tcPr>
            <w:tcW w:w="1490" w:type="dxa"/>
            <w:gridSpan w:val="2"/>
            <w:tcBorders>
              <w:left w:val="single" w:sz="4" w:space="0" w:color="auto"/>
            </w:tcBorders>
            <w:vAlign w:val="center"/>
          </w:tcPr>
          <w:p w14:paraId="1DBCF779" w14:textId="77777777" w:rsidR="003A167D" w:rsidRDefault="003A167D" w:rsidP="001E2035">
            <w:pPr>
              <w:spacing w:after="0" w:line="230" w:lineRule="exact"/>
              <w:jc w:val="center"/>
              <w:rPr>
                <w:rFonts w:hint="eastAsia"/>
              </w:rPr>
            </w:pPr>
          </w:p>
        </w:tc>
      </w:tr>
      <w:tr w:rsidR="00B17D60" w14:paraId="7822E293" w14:textId="77777777" w:rsidTr="00B17D60">
        <w:trPr>
          <w:trHeight w:val="1073"/>
          <w:jc w:val="center"/>
        </w:trPr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2D152A98" w14:textId="77777777" w:rsidR="00B17D60" w:rsidRPr="007620CD" w:rsidRDefault="00B17D60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7620CD">
              <w:rPr>
                <w:b/>
                <w:sz w:val="21"/>
                <w:szCs w:val="28"/>
              </w:rPr>
              <w:t>典型经验</w:t>
            </w:r>
            <w:proofErr w:type="spellEnd"/>
          </w:p>
          <w:p w14:paraId="200FCEAE" w14:textId="77777777" w:rsidR="00B17D60" w:rsidRPr="007620CD" w:rsidRDefault="00B17D60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7620CD">
              <w:rPr>
                <w:b/>
                <w:sz w:val="21"/>
                <w:szCs w:val="28"/>
              </w:rPr>
              <w:t>与亮点</w:t>
            </w:r>
            <w:proofErr w:type="spellEnd"/>
          </w:p>
        </w:tc>
        <w:tc>
          <w:tcPr>
            <w:tcW w:w="8930" w:type="dxa"/>
            <w:gridSpan w:val="12"/>
            <w:tcBorders>
              <w:left w:val="single" w:sz="4" w:space="0" w:color="auto"/>
            </w:tcBorders>
          </w:tcPr>
          <w:p w14:paraId="1978AB4D" w14:textId="763A766E" w:rsidR="00B17D60" w:rsidRPr="007620CD" w:rsidRDefault="00B17D60" w:rsidP="00F318E3">
            <w:pPr>
              <w:spacing w:after="0" w:line="320" w:lineRule="exact"/>
              <w:jc w:val="both"/>
              <w:rPr>
                <w:rFonts w:hint="eastAsia"/>
                <w:sz w:val="21"/>
                <w:szCs w:val="28"/>
              </w:rPr>
            </w:pPr>
            <w:r w:rsidRPr="007620CD">
              <w:rPr>
                <w:sz w:val="21"/>
                <w:szCs w:val="28"/>
              </w:rPr>
              <w:t>1.</w:t>
            </w:r>
          </w:p>
          <w:p w14:paraId="45506464" w14:textId="77777777" w:rsidR="00B17D60" w:rsidRPr="007620CD" w:rsidRDefault="00B17D60" w:rsidP="00F318E3">
            <w:pPr>
              <w:spacing w:after="0" w:line="320" w:lineRule="exact"/>
              <w:jc w:val="both"/>
              <w:rPr>
                <w:rFonts w:hint="eastAsia"/>
                <w:sz w:val="21"/>
                <w:szCs w:val="28"/>
              </w:rPr>
            </w:pPr>
            <w:r w:rsidRPr="007620CD">
              <w:rPr>
                <w:sz w:val="21"/>
                <w:szCs w:val="28"/>
              </w:rPr>
              <w:t>2.</w:t>
            </w:r>
          </w:p>
          <w:p w14:paraId="38282BBE" w14:textId="77777777" w:rsidR="00B17D60" w:rsidRPr="007620CD" w:rsidRDefault="00B17D60" w:rsidP="00F318E3">
            <w:pPr>
              <w:spacing w:after="0" w:line="320" w:lineRule="exact"/>
              <w:jc w:val="both"/>
              <w:rPr>
                <w:rFonts w:hint="eastAsia"/>
                <w:sz w:val="21"/>
                <w:szCs w:val="28"/>
              </w:rPr>
            </w:pPr>
            <w:r w:rsidRPr="007620CD">
              <w:rPr>
                <w:sz w:val="21"/>
                <w:szCs w:val="28"/>
              </w:rPr>
              <w:t>3.</w:t>
            </w:r>
          </w:p>
        </w:tc>
      </w:tr>
      <w:tr w:rsidR="00B17D60" w14:paraId="03EBE3FD" w14:textId="77777777" w:rsidTr="006D24AB">
        <w:trPr>
          <w:trHeight w:val="1063"/>
          <w:jc w:val="center"/>
        </w:trPr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6D5B1756" w14:textId="77777777" w:rsidR="00B17D60" w:rsidRPr="007620CD" w:rsidRDefault="00B17D60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r w:rsidRPr="007620CD">
              <w:rPr>
                <w:b/>
                <w:sz w:val="21"/>
                <w:szCs w:val="28"/>
                <w:lang w:eastAsia="zh-CN"/>
              </w:rPr>
              <w:t>改进建议</w:t>
            </w:r>
          </w:p>
        </w:tc>
        <w:tc>
          <w:tcPr>
            <w:tcW w:w="8930" w:type="dxa"/>
            <w:gridSpan w:val="12"/>
            <w:tcBorders>
              <w:left w:val="single" w:sz="4" w:space="0" w:color="auto"/>
            </w:tcBorders>
          </w:tcPr>
          <w:p w14:paraId="5A9B3AD9" w14:textId="05014C45" w:rsidR="00B17D60" w:rsidRPr="007620CD" w:rsidRDefault="00B17D60" w:rsidP="00F318E3">
            <w:pPr>
              <w:spacing w:after="0" w:line="320" w:lineRule="exact"/>
              <w:jc w:val="both"/>
              <w:rPr>
                <w:rFonts w:hint="eastAsia"/>
                <w:sz w:val="21"/>
                <w:szCs w:val="28"/>
              </w:rPr>
            </w:pPr>
            <w:r w:rsidRPr="007620CD">
              <w:rPr>
                <w:sz w:val="21"/>
                <w:szCs w:val="28"/>
              </w:rPr>
              <w:t>1.</w:t>
            </w:r>
          </w:p>
          <w:p w14:paraId="102D735F" w14:textId="77777777" w:rsidR="00B17D60" w:rsidRPr="007620CD" w:rsidRDefault="00B17D60" w:rsidP="00F318E3">
            <w:pPr>
              <w:spacing w:after="0" w:line="320" w:lineRule="exact"/>
              <w:jc w:val="both"/>
              <w:rPr>
                <w:rFonts w:hint="eastAsia"/>
                <w:sz w:val="21"/>
                <w:szCs w:val="28"/>
              </w:rPr>
            </w:pPr>
            <w:r w:rsidRPr="007620CD">
              <w:rPr>
                <w:sz w:val="21"/>
                <w:szCs w:val="28"/>
              </w:rPr>
              <w:t>2.</w:t>
            </w:r>
          </w:p>
          <w:p w14:paraId="3AAFC380" w14:textId="77777777" w:rsidR="00B17D60" w:rsidRPr="007620CD" w:rsidRDefault="00B17D60" w:rsidP="00F318E3">
            <w:pPr>
              <w:spacing w:after="0" w:line="320" w:lineRule="exact"/>
              <w:jc w:val="both"/>
              <w:rPr>
                <w:rFonts w:hint="eastAsia"/>
                <w:sz w:val="21"/>
                <w:szCs w:val="28"/>
              </w:rPr>
            </w:pPr>
            <w:r w:rsidRPr="007620CD">
              <w:rPr>
                <w:sz w:val="21"/>
                <w:szCs w:val="28"/>
              </w:rPr>
              <w:t>3.</w:t>
            </w:r>
          </w:p>
        </w:tc>
      </w:tr>
      <w:tr w:rsidR="00B17D60" w14:paraId="3E8139C6" w14:textId="77777777" w:rsidTr="00833332">
        <w:trPr>
          <w:trHeight w:val="1012"/>
          <w:jc w:val="center"/>
        </w:trPr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0B961643" w14:textId="77777777" w:rsidR="00B17D60" w:rsidRPr="007620CD" w:rsidRDefault="00B17D60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r w:rsidRPr="007620CD">
              <w:rPr>
                <w:b/>
                <w:sz w:val="21"/>
                <w:szCs w:val="28"/>
                <w:lang w:eastAsia="zh-CN"/>
              </w:rPr>
              <w:t>下学期督导</w:t>
            </w:r>
          </w:p>
          <w:p w14:paraId="17E0C868" w14:textId="77777777" w:rsidR="00B17D60" w:rsidRPr="007620CD" w:rsidRDefault="00B17D60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r w:rsidRPr="007620CD">
              <w:rPr>
                <w:b/>
                <w:sz w:val="21"/>
                <w:szCs w:val="28"/>
                <w:lang w:eastAsia="zh-CN"/>
              </w:rPr>
              <w:t>工作重点</w:t>
            </w:r>
          </w:p>
          <w:p w14:paraId="2574FCDF" w14:textId="77777777" w:rsidR="00B17D60" w:rsidRPr="007620CD" w:rsidRDefault="00B17D60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proofErr w:type="gramStart"/>
            <w:r w:rsidRPr="007620CD">
              <w:rPr>
                <w:b/>
                <w:sz w:val="21"/>
                <w:szCs w:val="28"/>
                <w:lang w:eastAsia="zh-CN"/>
              </w:rPr>
              <w:t xml:space="preserve">建　　</w:t>
            </w:r>
            <w:proofErr w:type="gramEnd"/>
            <w:r w:rsidRPr="007620CD">
              <w:rPr>
                <w:b/>
                <w:sz w:val="21"/>
                <w:szCs w:val="28"/>
                <w:lang w:eastAsia="zh-CN"/>
              </w:rPr>
              <w:t>议</w:t>
            </w:r>
          </w:p>
        </w:tc>
        <w:tc>
          <w:tcPr>
            <w:tcW w:w="8930" w:type="dxa"/>
            <w:gridSpan w:val="12"/>
            <w:tcBorders>
              <w:left w:val="single" w:sz="4" w:space="0" w:color="auto"/>
            </w:tcBorders>
          </w:tcPr>
          <w:p w14:paraId="1415CE9B" w14:textId="3470EB3F" w:rsidR="00B17D60" w:rsidRPr="007620CD" w:rsidRDefault="00B17D60" w:rsidP="00F318E3">
            <w:pPr>
              <w:spacing w:after="0" w:line="320" w:lineRule="exact"/>
              <w:jc w:val="both"/>
              <w:rPr>
                <w:rFonts w:hint="eastAsia"/>
                <w:sz w:val="21"/>
                <w:szCs w:val="28"/>
              </w:rPr>
            </w:pPr>
            <w:r w:rsidRPr="007620CD">
              <w:rPr>
                <w:sz w:val="21"/>
                <w:szCs w:val="28"/>
              </w:rPr>
              <w:t>1.</w:t>
            </w:r>
          </w:p>
          <w:p w14:paraId="23A3D0C0" w14:textId="77777777" w:rsidR="00B17D60" w:rsidRPr="007620CD" w:rsidRDefault="00B17D60" w:rsidP="00F318E3">
            <w:pPr>
              <w:spacing w:after="0" w:line="320" w:lineRule="exact"/>
              <w:jc w:val="both"/>
              <w:rPr>
                <w:rFonts w:hint="eastAsia"/>
                <w:sz w:val="21"/>
                <w:szCs w:val="28"/>
              </w:rPr>
            </w:pPr>
            <w:r w:rsidRPr="007620CD">
              <w:rPr>
                <w:sz w:val="21"/>
                <w:szCs w:val="28"/>
              </w:rPr>
              <w:t>2.</w:t>
            </w:r>
          </w:p>
          <w:p w14:paraId="5E8C1151" w14:textId="77777777" w:rsidR="00B17D60" w:rsidRPr="007620CD" w:rsidRDefault="00B17D60" w:rsidP="00F318E3">
            <w:pPr>
              <w:spacing w:after="0" w:line="320" w:lineRule="exact"/>
              <w:jc w:val="both"/>
              <w:rPr>
                <w:rFonts w:hint="eastAsia"/>
                <w:sz w:val="21"/>
                <w:szCs w:val="28"/>
                <w:lang w:eastAsia="zh-CN"/>
              </w:rPr>
            </w:pPr>
            <w:r w:rsidRPr="007620CD">
              <w:rPr>
                <w:sz w:val="21"/>
                <w:szCs w:val="28"/>
              </w:rPr>
              <w:t>3.</w:t>
            </w:r>
          </w:p>
        </w:tc>
      </w:tr>
      <w:tr w:rsidR="00B17D60" w14:paraId="1EE21F98" w14:textId="77777777" w:rsidTr="00B17D60">
        <w:trPr>
          <w:trHeight w:val="726"/>
          <w:jc w:val="center"/>
        </w:trPr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7E92499A" w14:textId="77777777" w:rsidR="00B17D60" w:rsidRPr="007620CD" w:rsidRDefault="00B17D60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7620CD">
              <w:rPr>
                <w:b/>
                <w:sz w:val="21"/>
                <w:szCs w:val="28"/>
              </w:rPr>
              <w:t>督导组自身</w:t>
            </w:r>
            <w:proofErr w:type="spellEnd"/>
          </w:p>
          <w:p w14:paraId="4D1E8FA2" w14:textId="77777777" w:rsidR="00B17D60" w:rsidRPr="007620CD" w:rsidRDefault="00B17D60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7620CD">
              <w:rPr>
                <w:b/>
                <w:sz w:val="21"/>
                <w:szCs w:val="28"/>
              </w:rPr>
              <w:t>建设情况</w:t>
            </w:r>
            <w:proofErr w:type="spellEnd"/>
          </w:p>
        </w:tc>
        <w:tc>
          <w:tcPr>
            <w:tcW w:w="8930" w:type="dxa"/>
            <w:gridSpan w:val="12"/>
            <w:tcBorders>
              <w:left w:val="single" w:sz="4" w:space="0" w:color="auto"/>
            </w:tcBorders>
            <w:vAlign w:val="center"/>
          </w:tcPr>
          <w:p w14:paraId="287908E7" w14:textId="3EAAFDB9" w:rsidR="00B17D60" w:rsidRPr="007620CD" w:rsidRDefault="00B17D60" w:rsidP="00803DD8">
            <w:pPr>
              <w:spacing w:after="0" w:line="34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7620CD">
              <w:rPr>
                <w:sz w:val="21"/>
                <w:szCs w:val="28"/>
                <w:lang w:eastAsia="zh-CN"/>
              </w:rPr>
              <w:t>督导培训/研讨</w:t>
            </w:r>
            <w:r w:rsidRPr="007620CD">
              <w:rPr>
                <w:sz w:val="21"/>
                <w:szCs w:val="28"/>
                <w:u w:val="single"/>
                <w:lang w:eastAsia="zh-CN"/>
              </w:rPr>
              <w:t xml:space="preserve">　　</w:t>
            </w:r>
            <w:r w:rsidRPr="007620CD">
              <w:rPr>
                <w:sz w:val="21"/>
                <w:szCs w:val="28"/>
                <w:lang w:eastAsia="zh-CN"/>
              </w:rPr>
              <w:t>次；督导工作例会</w:t>
            </w:r>
            <w:r w:rsidRPr="007620CD">
              <w:rPr>
                <w:sz w:val="21"/>
                <w:szCs w:val="28"/>
                <w:u w:val="single"/>
                <w:lang w:eastAsia="zh-CN"/>
              </w:rPr>
              <w:t xml:space="preserve">　　</w:t>
            </w:r>
            <w:r w:rsidRPr="007620CD">
              <w:rPr>
                <w:sz w:val="21"/>
                <w:szCs w:val="28"/>
                <w:lang w:eastAsia="zh-CN"/>
              </w:rPr>
              <w:t>次（不少于2次）</w:t>
            </w:r>
            <w:r w:rsidRPr="007620CD">
              <w:rPr>
                <w:rFonts w:hint="eastAsia"/>
                <w:sz w:val="21"/>
                <w:szCs w:val="28"/>
                <w:lang w:eastAsia="zh-CN"/>
              </w:rPr>
              <w:t>；其他：</w:t>
            </w:r>
            <w:r w:rsidRPr="007620CD">
              <w:rPr>
                <w:sz w:val="21"/>
                <w:szCs w:val="28"/>
                <w:lang w:eastAsia="zh-CN"/>
              </w:rPr>
              <w:t>＿＿＿＿</w:t>
            </w:r>
            <w:r w:rsidR="005D5D77">
              <w:rPr>
                <w:rFonts w:hint="eastAsia"/>
                <w:sz w:val="21"/>
                <w:szCs w:val="28"/>
                <w:u w:val="single"/>
                <w:lang w:eastAsia="zh-CN"/>
              </w:rPr>
              <w:t xml:space="preserve">       </w:t>
            </w:r>
            <w:r w:rsidRPr="007620CD">
              <w:rPr>
                <w:sz w:val="21"/>
                <w:szCs w:val="28"/>
                <w:lang w:eastAsia="zh-CN"/>
              </w:rPr>
              <w:t>＿＿＿</w:t>
            </w:r>
          </w:p>
          <w:p w14:paraId="48B2817D" w14:textId="77777777" w:rsidR="00B17D60" w:rsidRDefault="00B17D60" w:rsidP="00803DD8">
            <w:pPr>
              <w:spacing w:after="0" w:line="340" w:lineRule="exact"/>
              <w:rPr>
                <w:rFonts w:hint="eastAsia"/>
                <w:sz w:val="21"/>
                <w:szCs w:val="28"/>
                <w:lang w:eastAsia="zh-CN"/>
              </w:rPr>
            </w:pPr>
            <w:r w:rsidRPr="007620CD">
              <w:rPr>
                <w:sz w:val="21"/>
                <w:szCs w:val="28"/>
                <w:lang w:eastAsia="zh-CN"/>
              </w:rPr>
              <w:t>制度建设与质量文化</w:t>
            </w:r>
            <w:r w:rsidRPr="007620CD">
              <w:rPr>
                <w:rFonts w:hint="eastAsia"/>
                <w:sz w:val="21"/>
                <w:szCs w:val="28"/>
                <w:lang w:eastAsia="zh-CN"/>
              </w:rPr>
              <w:t>建设</w:t>
            </w:r>
            <w:r>
              <w:rPr>
                <w:rFonts w:hint="eastAsia"/>
                <w:sz w:val="21"/>
                <w:szCs w:val="28"/>
                <w:lang w:eastAsia="zh-CN"/>
              </w:rPr>
              <w:t>：</w:t>
            </w:r>
            <w:r w:rsidRPr="007620CD">
              <w:rPr>
                <w:sz w:val="21"/>
                <w:szCs w:val="28"/>
                <w:lang w:eastAsia="zh-CN"/>
              </w:rPr>
              <w:t>_______________________________________</w:t>
            </w:r>
            <w:r w:rsidR="005D5D77">
              <w:rPr>
                <w:rFonts w:hint="eastAsia"/>
                <w:sz w:val="21"/>
                <w:szCs w:val="28"/>
                <w:u w:val="single"/>
                <w:lang w:eastAsia="zh-CN"/>
              </w:rPr>
              <w:t xml:space="preserve">        </w:t>
            </w:r>
            <w:r w:rsidRPr="007620CD">
              <w:rPr>
                <w:sz w:val="21"/>
                <w:szCs w:val="28"/>
                <w:lang w:eastAsia="zh-CN"/>
              </w:rPr>
              <w:t>___________</w:t>
            </w:r>
            <w:r w:rsidRPr="007620CD">
              <w:rPr>
                <w:rFonts w:hint="eastAsia"/>
                <w:sz w:val="21"/>
                <w:szCs w:val="28"/>
                <w:lang w:eastAsia="zh-CN"/>
              </w:rPr>
              <w:t xml:space="preserve"> </w:t>
            </w:r>
          </w:p>
          <w:p w14:paraId="46575198" w14:textId="6078E8AE" w:rsidR="00833332" w:rsidRPr="00833332" w:rsidRDefault="00833332" w:rsidP="00803DD8">
            <w:pPr>
              <w:spacing w:after="0" w:line="340" w:lineRule="exact"/>
              <w:rPr>
                <w:rFonts w:hint="eastAsia"/>
                <w:sz w:val="21"/>
                <w:szCs w:val="28"/>
                <w:u w:val="single"/>
                <w:lang w:eastAsia="zh-CN"/>
              </w:rPr>
            </w:pPr>
            <w:r w:rsidRPr="00833332">
              <w:rPr>
                <w:rFonts w:hint="eastAsia"/>
                <w:sz w:val="21"/>
                <w:szCs w:val="28"/>
                <w:lang w:eastAsia="zh-CN"/>
              </w:rPr>
              <w:t>AI赋能督导工作情况</w:t>
            </w:r>
            <w:r>
              <w:rPr>
                <w:rFonts w:hint="eastAsia"/>
                <w:sz w:val="21"/>
                <w:szCs w:val="28"/>
                <w:lang w:eastAsia="zh-CN"/>
              </w:rPr>
              <w:t>：</w:t>
            </w:r>
            <w:r w:rsidRPr="007620CD">
              <w:rPr>
                <w:sz w:val="21"/>
                <w:szCs w:val="28"/>
                <w:lang w:eastAsia="zh-CN"/>
              </w:rPr>
              <w:t>_______________________________________</w:t>
            </w:r>
            <w:r>
              <w:rPr>
                <w:rFonts w:hint="eastAsia"/>
                <w:sz w:val="21"/>
                <w:szCs w:val="28"/>
                <w:u w:val="single"/>
                <w:lang w:eastAsia="zh-CN"/>
              </w:rPr>
              <w:t xml:space="preserve">            </w:t>
            </w:r>
            <w:r w:rsidRPr="007620CD">
              <w:rPr>
                <w:sz w:val="21"/>
                <w:szCs w:val="28"/>
                <w:lang w:eastAsia="zh-CN"/>
              </w:rPr>
              <w:t>___________</w:t>
            </w:r>
          </w:p>
        </w:tc>
      </w:tr>
      <w:tr w:rsidR="00B17D60" w14:paraId="2FA605A5" w14:textId="77777777" w:rsidTr="00B17D60">
        <w:trPr>
          <w:trHeight w:val="510"/>
          <w:jc w:val="center"/>
        </w:trPr>
        <w:tc>
          <w:tcPr>
            <w:tcW w:w="1276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63E2C8DB" w14:textId="77777777" w:rsidR="00B17D60" w:rsidRPr="007620CD" w:rsidRDefault="00B17D60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spellStart"/>
            <w:r w:rsidRPr="007620CD">
              <w:rPr>
                <w:b/>
                <w:sz w:val="21"/>
                <w:szCs w:val="28"/>
              </w:rPr>
              <w:t>督导组组长</w:t>
            </w:r>
            <w:proofErr w:type="spellEnd"/>
          </w:p>
          <w:p w14:paraId="0E407412" w14:textId="77777777" w:rsidR="00B17D60" w:rsidRPr="007620CD" w:rsidRDefault="00B17D60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</w:rPr>
            </w:pPr>
            <w:proofErr w:type="gramStart"/>
            <w:r w:rsidRPr="007620CD">
              <w:rPr>
                <w:b/>
                <w:sz w:val="21"/>
                <w:szCs w:val="28"/>
              </w:rPr>
              <w:t>签　　字</w:t>
            </w:r>
            <w:proofErr w:type="gramEnd"/>
          </w:p>
        </w:tc>
        <w:tc>
          <w:tcPr>
            <w:tcW w:w="4253" w:type="dxa"/>
            <w:gridSpan w:val="7"/>
            <w:tcBorders>
              <w:left w:val="single" w:sz="4" w:space="0" w:color="auto"/>
            </w:tcBorders>
            <w:vAlign w:val="center"/>
          </w:tcPr>
          <w:p w14:paraId="37D5CE81" w14:textId="77777777" w:rsidR="00B17D60" w:rsidRDefault="00B17D60">
            <w:pPr>
              <w:rPr>
                <w:rFonts w:hint="eastAsia"/>
                <w:sz w:val="21"/>
                <w:szCs w:val="28"/>
              </w:rPr>
            </w:pPr>
          </w:p>
          <w:p w14:paraId="59B18957" w14:textId="5519E870" w:rsidR="00B17D60" w:rsidRPr="007620CD" w:rsidRDefault="00B17D60" w:rsidP="005543E6">
            <w:pPr>
              <w:spacing w:after="0" w:line="230" w:lineRule="exact"/>
              <w:jc w:val="right"/>
              <w:rPr>
                <w:rFonts w:hint="eastAsia"/>
                <w:sz w:val="21"/>
                <w:szCs w:val="28"/>
              </w:rPr>
            </w:pPr>
            <w:r w:rsidRPr="007620CD">
              <w:rPr>
                <w:sz w:val="21"/>
                <w:szCs w:val="28"/>
              </w:rPr>
              <w:t>年　月　日</w:t>
            </w:r>
          </w:p>
        </w:tc>
        <w:tc>
          <w:tcPr>
            <w:tcW w:w="1417" w:type="dxa"/>
            <w:gridSpan w:val="2"/>
            <w:shd w:val="clear" w:color="auto" w:fill="F2F2F2"/>
            <w:vAlign w:val="center"/>
          </w:tcPr>
          <w:p w14:paraId="0AEEAE4B" w14:textId="77777777" w:rsidR="00B17D60" w:rsidRPr="007620CD" w:rsidRDefault="00B17D60" w:rsidP="001E2035">
            <w:pPr>
              <w:spacing w:after="0" w:line="230" w:lineRule="exact"/>
              <w:jc w:val="center"/>
              <w:rPr>
                <w:rFonts w:hint="eastAsia"/>
                <w:b/>
                <w:sz w:val="21"/>
                <w:szCs w:val="28"/>
                <w:lang w:eastAsia="zh-CN"/>
              </w:rPr>
            </w:pPr>
            <w:r w:rsidRPr="007620CD">
              <w:rPr>
                <w:b/>
                <w:sz w:val="21"/>
                <w:szCs w:val="28"/>
                <w:lang w:eastAsia="zh-CN"/>
              </w:rPr>
              <w:t>分管教学领导</w:t>
            </w:r>
          </w:p>
          <w:p w14:paraId="01A12501" w14:textId="77777777" w:rsidR="00B17D60" w:rsidRPr="007620CD" w:rsidRDefault="00B17D60" w:rsidP="001E2035">
            <w:pPr>
              <w:spacing w:after="0" w:line="230" w:lineRule="exact"/>
              <w:jc w:val="center"/>
              <w:rPr>
                <w:rFonts w:hint="eastAsia"/>
                <w:sz w:val="21"/>
                <w:szCs w:val="28"/>
                <w:lang w:eastAsia="zh-CN"/>
              </w:rPr>
            </w:pPr>
            <w:r w:rsidRPr="007620CD">
              <w:rPr>
                <w:b/>
                <w:sz w:val="21"/>
                <w:szCs w:val="28"/>
                <w:lang w:eastAsia="zh-CN"/>
              </w:rPr>
              <w:t>签</w:t>
            </w:r>
            <w:r w:rsidRPr="007620CD">
              <w:rPr>
                <w:rFonts w:hint="eastAsia"/>
                <w:b/>
                <w:sz w:val="21"/>
                <w:szCs w:val="28"/>
                <w:lang w:eastAsia="zh-CN"/>
              </w:rPr>
              <w:t xml:space="preserve">    </w:t>
            </w:r>
            <w:r w:rsidRPr="007620CD">
              <w:rPr>
                <w:b/>
                <w:sz w:val="21"/>
                <w:szCs w:val="28"/>
                <w:lang w:eastAsia="zh-CN"/>
              </w:rPr>
              <w:t>字</w:t>
            </w:r>
          </w:p>
        </w:tc>
        <w:tc>
          <w:tcPr>
            <w:tcW w:w="3260" w:type="dxa"/>
            <w:gridSpan w:val="3"/>
            <w:vAlign w:val="center"/>
          </w:tcPr>
          <w:p w14:paraId="1E153BDB" w14:textId="49DF8FE4" w:rsidR="00B17D60" w:rsidRPr="007620CD" w:rsidRDefault="00B17D60" w:rsidP="005543E6">
            <w:pPr>
              <w:spacing w:after="0" w:line="230" w:lineRule="exact"/>
              <w:jc w:val="right"/>
              <w:rPr>
                <w:rFonts w:hint="eastAsia"/>
                <w:sz w:val="21"/>
                <w:szCs w:val="28"/>
              </w:rPr>
            </w:pPr>
            <w:r w:rsidRPr="007620CD">
              <w:rPr>
                <w:sz w:val="21"/>
                <w:szCs w:val="28"/>
              </w:rPr>
              <w:t>年　月　日</w:t>
            </w:r>
          </w:p>
        </w:tc>
      </w:tr>
    </w:tbl>
    <w:p w14:paraId="0F335C0E" w14:textId="352F8A40" w:rsidR="003A167D" w:rsidRPr="005543E6" w:rsidRDefault="003A167D" w:rsidP="005543E6">
      <w:pPr>
        <w:spacing w:before="80" w:after="0" w:line="280" w:lineRule="exact"/>
        <w:rPr>
          <w:rFonts w:hint="eastAsia"/>
          <w:sz w:val="20"/>
          <w:szCs w:val="28"/>
          <w:lang w:eastAsia="zh-CN"/>
        </w:rPr>
      </w:pPr>
      <w:r w:rsidRPr="005543E6">
        <w:rPr>
          <w:b/>
          <w:bCs/>
          <w:sz w:val="20"/>
          <w:szCs w:val="28"/>
          <w:lang w:eastAsia="zh-CN"/>
        </w:rPr>
        <w:t>填表说明</w:t>
      </w:r>
      <w:r w:rsidRPr="005543E6">
        <w:rPr>
          <w:sz w:val="20"/>
          <w:szCs w:val="28"/>
          <w:lang w:eastAsia="zh-CN"/>
        </w:rPr>
        <w:t>：1.每学期结束前填写</w:t>
      </w:r>
      <w:r w:rsidR="007734A0">
        <w:rPr>
          <w:rFonts w:hint="eastAsia"/>
          <w:sz w:val="20"/>
          <w:szCs w:val="28"/>
          <w:lang w:eastAsia="zh-CN"/>
        </w:rPr>
        <w:t>完成</w:t>
      </w:r>
      <w:r w:rsidRPr="005543E6">
        <w:rPr>
          <w:sz w:val="20"/>
          <w:szCs w:val="28"/>
          <w:lang w:eastAsia="zh-CN"/>
        </w:rPr>
        <w:t>，</w:t>
      </w:r>
      <w:r w:rsidRPr="005543E6">
        <w:rPr>
          <w:rFonts w:hint="eastAsia"/>
          <w:sz w:val="20"/>
          <w:szCs w:val="28"/>
          <w:lang w:eastAsia="zh-CN"/>
        </w:rPr>
        <w:t>加盖</w:t>
      </w:r>
      <w:r w:rsidR="00AD0D6F">
        <w:rPr>
          <w:rFonts w:hint="eastAsia"/>
          <w:sz w:val="20"/>
          <w:szCs w:val="28"/>
          <w:lang w:eastAsia="zh-CN"/>
        </w:rPr>
        <w:t>学院</w:t>
      </w:r>
      <w:r w:rsidRPr="005543E6">
        <w:rPr>
          <w:rFonts w:hint="eastAsia"/>
          <w:sz w:val="20"/>
          <w:szCs w:val="28"/>
          <w:lang w:eastAsia="zh-CN"/>
        </w:rPr>
        <w:t>公章后报送教学质量监控与评估处</w:t>
      </w:r>
      <w:r w:rsidRPr="005543E6">
        <w:rPr>
          <w:sz w:val="20"/>
          <w:szCs w:val="28"/>
          <w:lang w:eastAsia="zh-CN"/>
        </w:rPr>
        <w:t>。2.问题及整改闭环逐条体现"反馈→整改→跟踪核查"闭环；涉及教学设施、环境的问题应及时与相关部门沟通。</w:t>
      </w:r>
      <w:r w:rsidR="00AD0D6F">
        <w:rPr>
          <w:rFonts w:hint="eastAsia"/>
          <w:sz w:val="20"/>
          <w:szCs w:val="28"/>
          <w:lang w:eastAsia="zh-CN"/>
        </w:rPr>
        <w:t>3</w:t>
      </w:r>
      <w:r w:rsidRPr="005543E6">
        <w:rPr>
          <w:sz w:val="20"/>
          <w:szCs w:val="28"/>
          <w:lang w:eastAsia="zh-CN"/>
        </w:rPr>
        <w:t>.本表一式两份，学院留存一份，报送一份。</w:t>
      </w:r>
    </w:p>
    <w:sectPr w:rsidR="003A167D" w:rsidRPr="005543E6" w:rsidSect="00034616"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3ED600" w14:textId="77777777" w:rsidR="002757E9" w:rsidRDefault="002757E9" w:rsidP="00762EF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5549E0D3" w14:textId="77777777" w:rsidR="002757E9" w:rsidRDefault="002757E9" w:rsidP="00762EF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B4310" w14:textId="77777777" w:rsidR="002757E9" w:rsidRDefault="002757E9" w:rsidP="00762EF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EB95FA7" w14:textId="77777777" w:rsidR="002757E9" w:rsidRDefault="002757E9" w:rsidP="00762EF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94469">
    <w:abstractNumId w:val="8"/>
  </w:num>
  <w:num w:numId="2" w16cid:durableId="1506630057">
    <w:abstractNumId w:val="6"/>
  </w:num>
  <w:num w:numId="3" w16cid:durableId="1845440242">
    <w:abstractNumId w:val="5"/>
  </w:num>
  <w:num w:numId="4" w16cid:durableId="46732350">
    <w:abstractNumId w:val="4"/>
  </w:num>
  <w:num w:numId="5" w16cid:durableId="1479497299">
    <w:abstractNumId w:val="7"/>
  </w:num>
  <w:num w:numId="6" w16cid:durableId="1647541945">
    <w:abstractNumId w:val="3"/>
  </w:num>
  <w:num w:numId="7" w16cid:durableId="369065346">
    <w:abstractNumId w:val="2"/>
  </w:num>
  <w:num w:numId="8" w16cid:durableId="1695768947">
    <w:abstractNumId w:val="1"/>
  </w:num>
  <w:num w:numId="9" w16cid:durableId="1329210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DBC"/>
    <w:rsid w:val="0000251C"/>
    <w:rsid w:val="00005D84"/>
    <w:rsid w:val="00034616"/>
    <w:rsid w:val="0006063C"/>
    <w:rsid w:val="00092919"/>
    <w:rsid w:val="0009379E"/>
    <w:rsid w:val="000B3A2E"/>
    <w:rsid w:val="000C7471"/>
    <w:rsid w:val="000E7A27"/>
    <w:rsid w:val="0015074B"/>
    <w:rsid w:val="00163412"/>
    <w:rsid w:val="00173269"/>
    <w:rsid w:val="00173917"/>
    <w:rsid w:val="001A5CE1"/>
    <w:rsid w:val="001D56BE"/>
    <w:rsid w:val="002450B9"/>
    <w:rsid w:val="002757E9"/>
    <w:rsid w:val="0029639D"/>
    <w:rsid w:val="002E7835"/>
    <w:rsid w:val="00326F90"/>
    <w:rsid w:val="003470A9"/>
    <w:rsid w:val="00391213"/>
    <w:rsid w:val="00392B30"/>
    <w:rsid w:val="00395E91"/>
    <w:rsid w:val="003A097A"/>
    <w:rsid w:val="003A167D"/>
    <w:rsid w:val="003A4EFE"/>
    <w:rsid w:val="003F3B25"/>
    <w:rsid w:val="00411568"/>
    <w:rsid w:val="00430727"/>
    <w:rsid w:val="00434465"/>
    <w:rsid w:val="004D2AA2"/>
    <w:rsid w:val="004E6788"/>
    <w:rsid w:val="00517835"/>
    <w:rsid w:val="005213BC"/>
    <w:rsid w:val="0054103B"/>
    <w:rsid w:val="005410D5"/>
    <w:rsid w:val="005543E6"/>
    <w:rsid w:val="00572A8D"/>
    <w:rsid w:val="005B3D39"/>
    <w:rsid w:val="005C73A7"/>
    <w:rsid w:val="005D5D77"/>
    <w:rsid w:val="005F309D"/>
    <w:rsid w:val="005F784A"/>
    <w:rsid w:val="00606551"/>
    <w:rsid w:val="006149BA"/>
    <w:rsid w:val="00634AA3"/>
    <w:rsid w:val="006501AA"/>
    <w:rsid w:val="00661BAC"/>
    <w:rsid w:val="006B2C0E"/>
    <w:rsid w:val="006B7594"/>
    <w:rsid w:val="006D24AB"/>
    <w:rsid w:val="00714689"/>
    <w:rsid w:val="0074088F"/>
    <w:rsid w:val="00741CB9"/>
    <w:rsid w:val="007620CD"/>
    <w:rsid w:val="00762EF2"/>
    <w:rsid w:val="007734A0"/>
    <w:rsid w:val="007B775B"/>
    <w:rsid w:val="007C57B5"/>
    <w:rsid w:val="007E2AC2"/>
    <w:rsid w:val="00803DD8"/>
    <w:rsid w:val="008047E1"/>
    <w:rsid w:val="00833332"/>
    <w:rsid w:val="00834E06"/>
    <w:rsid w:val="0084621D"/>
    <w:rsid w:val="00846F53"/>
    <w:rsid w:val="0099049A"/>
    <w:rsid w:val="00995856"/>
    <w:rsid w:val="009B295C"/>
    <w:rsid w:val="009D05FB"/>
    <w:rsid w:val="00A10BF5"/>
    <w:rsid w:val="00A16FFA"/>
    <w:rsid w:val="00A17535"/>
    <w:rsid w:val="00A53550"/>
    <w:rsid w:val="00AA1D8D"/>
    <w:rsid w:val="00AB5C51"/>
    <w:rsid w:val="00AD0D6F"/>
    <w:rsid w:val="00B1227C"/>
    <w:rsid w:val="00B17D60"/>
    <w:rsid w:val="00B47730"/>
    <w:rsid w:val="00B62E28"/>
    <w:rsid w:val="00C01E9C"/>
    <w:rsid w:val="00C07C2D"/>
    <w:rsid w:val="00C221B0"/>
    <w:rsid w:val="00C457A1"/>
    <w:rsid w:val="00CB0664"/>
    <w:rsid w:val="00CE09AF"/>
    <w:rsid w:val="00D043B5"/>
    <w:rsid w:val="00D15BF3"/>
    <w:rsid w:val="00D24739"/>
    <w:rsid w:val="00D33596"/>
    <w:rsid w:val="00D34556"/>
    <w:rsid w:val="00D37B1F"/>
    <w:rsid w:val="00D614A0"/>
    <w:rsid w:val="00DA7D71"/>
    <w:rsid w:val="00DB2576"/>
    <w:rsid w:val="00DB28D5"/>
    <w:rsid w:val="00DE048A"/>
    <w:rsid w:val="00E26346"/>
    <w:rsid w:val="00E34558"/>
    <w:rsid w:val="00E83BCF"/>
    <w:rsid w:val="00EB5DC7"/>
    <w:rsid w:val="00EB747A"/>
    <w:rsid w:val="00ED7952"/>
    <w:rsid w:val="00F0512E"/>
    <w:rsid w:val="00F27460"/>
    <w:rsid w:val="00F318E3"/>
    <w:rsid w:val="00F36335"/>
    <w:rsid w:val="00FC693F"/>
    <w:rsid w:val="00FE40E0"/>
    <w:rsid w:val="00FE6033"/>
    <w:rsid w:val="00FF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FF1312"/>
  <w14:defaultImageDpi w14:val="300"/>
  <w15:docId w15:val="{081F7EFA-3EDF-4B49-8847-6838EA73F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宋体" w:eastAsia="宋体" w:hAnsi="宋体"/>
      <w:sz w:val="1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530</Words>
  <Characters>600</Characters>
  <Application>Microsoft Office Word</Application>
  <DocSecurity>0</DocSecurity>
  <Lines>75</Lines>
  <Paragraphs>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YCTU-ZH</cp:lastModifiedBy>
  <cp:revision>82</cp:revision>
  <dcterms:created xsi:type="dcterms:W3CDTF">2013-12-23T23:15:00Z</dcterms:created>
  <dcterms:modified xsi:type="dcterms:W3CDTF">2026-09-03T07:46:00Z</dcterms:modified>
  <cp:category/>
</cp:coreProperties>
</file>