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2268"/>
        <w:gridCol w:w="1559"/>
        <w:gridCol w:w="1559"/>
        <w:gridCol w:w="1701"/>
        <w:gridCol w:w="1559"/>
      </w:tblGrid>
      <w:tr w:rsidR="003A167D" w14:paraId="2D51E070" w14:textId="77777777" w:rsidTr="00411568">
        <w:trPr>
          <w:trHeight w:val="567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59C673B6" w14:textId="77777777" w:rsidR="003A167D" w:rsidRDefault="003A167D" w:rsidP="001E2035">
            <w:pPr>
              <w:spacing w:after="0" w:line="37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ascii="黑体" w:eastAsia="黑体" w:hAnsi="黑体"/>
                <w:b/>
                <w:sz w:val="32"/>
                <w:lang w:eastAsia="zh-CN"/>
              </w:rPr>
              <w:t>盐城师范学院校级教学督导</w:t>
            </w:r>
            <w:proofErr w:type="gramStart"/>
            <w:r>
              <w:rPr>
                <w:rFonts w:ascii="黑体" w:eastAsia="黑体" w:hAnsi="黑体"/>
                <w:b/>
                <w:sz w:val="32"/>
                <w:lang w:eastAsia="zh-CN"/>
              </w:rPr>
              <w:t>组教学</w:t>
            </w:r>
            <w:proofErr w:type="gramEnd"/>
            <w:r>
              <w:rPr>
                <w:rFonts w:ascii="黑体" w:eastAsia="黑体" w:hAnsi="黑体"/>
                <w:b/>
                <w:sz w:val="32"/>
                <w:lang w:eastAsia="zh-CN"/>
              </w:rPr>
              <w:t>督导工作总结表</w:t>
            </w:r>
          </w:p>
        </w:tc>
      </w:tr>
      <w:tr w:rsidR="003A167D" w14:paraId="0C900C0B" w14:textId="77777777" w:rsidTr="00411568">
        <w:trPr>
          <w:trHeight w:val="340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391C01EE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gramStart"/>
            <w:r w:rsidRPr="0084621D">
              <w:rPr>
                <w:b/>
                <w:sz w:val="21"/>
                <w:szCs w:val="21"/>
              </w:rPr>
              <w:t>学　　期</w:t>
            </w:r>
            <w:proofErr w:type="gramEnd"/>
          </w:p>
        </w:tc>
        <w:tc>
          <w:tcPr>
            <w:tcW w:w="3827" w:type="dxa"/>
            <w:gridSpan w:val="2"/>
            <w:vAlign w:val="center"/>
          </w:tcPr>
          <w:p w14:paraId="0282C7C1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sz w:val="21"/>
                <w:szCs w:val="21"/>
                <w:lang w:eastAsia="zh-CN"/>
              </w:rPr>
              <w:t xml:space="preserve">　　　　学年 </w:t>
            </w:r>
            <w:r w:rsidRPr="0084621D">
              <w:rPr>
                <w:rFonts w:hint="eastAsia"/>
                <w:sz w:val="21"/>
                <w:szCs w:val="21"/>
                <w:lang w:eastAsia="zh-CN"/>
              </w:rPr>
              <w:t xml:space="preserve">   </w:t>
            </w:r>
            <w:r w:rsidRPr="0084621D">
              <w:rPr>
                <w:sz w:val="21"/>
                <w:szCs w:val="21"/>
                <w:lang w:eastAsia="zh-CN"/>
              </w:rPr>
              <w:t xml:space="preserve"> </w:t>
            </w:r>
            <w:proofErr w:type="gramStart"/>
            <w:r w:rsidRPr="0084621D">
              <w:rPr>
                <w:sz w:val="21"/>
                <w:szCs w:val="21"/>
                <w:lang w:eastAsia="zh-CN"/>
              </w:rPr>
              <w:t xml:space="preserve">第　　</w:t>
            </w:r>
            <w:proofErr w:type="gramEnd"/>
            <w:r w:rsidRPr="0084621D">
              <w:rPr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E35E4BE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督导组组长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24953E9E" w14:textId="77777777" w:rsidR="003A167D" w:rsidRPr="0084621D" w:rsidRDefault="003A167D" w:rsidP="0084621D">
            <w:pPr>
              <w:spacing w:after="0" w:line="240" w:lineRule="auto"/>
              <w:rPr>
                <w:rFonts w:hint="eastAsia"/>
                <w:sz w:val="21"/>
                <w:szCs w:val="21"/>
              </w:rPr>
            </w:pPr>
          </w:p>
        </w:tc>
      </w:tr>
      <w:tr w:rsidR="003A167D" w14:paraId="3E82D3FA" w14:textId="77777777" w:rsidTr="00411568">
        <w:trPr>
          <w:trHeight w:val="340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0D2AB0E8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督导组副组长</w:t>
            </w:r>
            <w:proofErr w:type="spellEnd"/>
          </w:p>
        </w:tc>
        <w:tc>
          <w:tcPr>
            <w:tcW w:w="2268" w:type="dxa"/>
            <w:vAlign w:val="center"/>
          </w:tcPr>
          <w:p w14:paraId="39D15C85" w14:textId="77777777" w:rsidR="003A167D" w:rsidRPr="0084621D" w:rsidRDefault="003A167D" w:rsidP="0084621D">
            <w:pPr>
              <w:spacing w:after="0" w:line="240" w:lineRule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shd w:val="clear" w:color="auto" w:fill="F2F2F2"/>
            <w:vAlign w:val="center"/>
          </w:tcPr>
          <w:p w14:paraId="2FD7228C" w14:textId="2614BEDF" w:rsidR="003A167D" w:rsidRPr="0084621D" w:rsidRDefault="0050234C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督导组</w:t>
            </w:r>
            <w:proofErr w:type="spellStart"/>
            <w:r w:rsidR="003A167D" w:rsidRPr="0084621D">
              <w:rPr>
                <w:b/>
                <w:sz w:val="21"/>
                <w:szCs w:val="21"/>
              </w:rPr>
              <w:t>人数</w:t>
            </w:r>
            <w:proofErr w:type="spellEnd"/>
          </w:p>
        </w:tc>
        <w:tc>
          <w:tcPr>
            <w:tcW w:w="3260" w:type="dxa"/>
            <w:gridSpan w:val="2"/>
            <w:vAlign w:val="center"/>
          </w:tcPr>
          <w:p w14:paraId="6B553298" w14:textId="77777777" w:rsidR="003A167D" w:rsidRPr="0084621D" w:rsidRDefault="003A167D" w:rsidP="0084621D">
            <w:pPr>
              <w:spacing w:after="0" w:line="240" w:lineRule="auto"/>
              <w:rPr>
                <w:rFonts w:hint="eastAsia"/>
                <w:sz w:val="21"/>
                <w:szCs w:val="21"/>
              </w:rPr>
            </w:pPr>
          </w:p>
        </w:tc>
      </w:tr>
      <w:tr w:rsidR="003A167D" w14:paraId="518DBE7F" w14:textId="77777777" w:rsidTr="00411568">
        <w:trPr>
          <w:trHeight w:val="686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3C0AE0E2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计划完成</w:t>
            </w:r>
            <w:proofErr w:type="spellEnd"/>
          </w:p>
          <w:p w14:paraId="08620763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gramStart"/>
            <w:r w:rsidRPr="0084621D">
              <w:rPr>
                <w:b/>
                <w:sz w:val="21"/>
                <w:szCs w:val="21"/>
              </w:rPr>
              <w:t>情　　况</w:t>
            </w:r>
            <w:proofErr w:type="gramEnd"/>
          </w:p>
        </w:tc>
        <w:tc>
          <w:tcPr>
            <w:tcW w:w="8646" w:type="dxa"/>
            <w:gridSpan w:val="5"/>
            <w:vAlign w:val="center"/>
          </w:tcPr>
          <w:p w14:paraId="33C206CE" w14:textId="77777777" w:rsidR="003A167D" w:rsidRPr="0084621D" w:rsidRDefault="003A167D" w:rsidP="00D24739">
            <w:pPr>
              <w:spacing w:after="0" w:line="300" w:lineRule="exact"/>
              <w:rPr>
                <w:rFonts w:hint="eastAsia"/>
                <w:sz w:val="21"/>
                <w:szCs w:val="21"/>
              </w:rPr>
            </w:pPr>
            <w:r w:rsidRPr="0084621D">
              <w:rPr>
                <w:sz w:val="21"/>
                <w:szCs w:val="21"/>
              </w:rPr>
              <w:t>□</w:t>
            </w:r>
            <w:proofErr w:type="spellStart"/>
            <w:proofErr w:type="gramStart"/>
            <w:r w:rsidRPr="0084621D">
              <w:rPr>
                <w:sz w:val="21"/>
                <w:szCs w:val="21"/>
              </w:rPr>
              <w:t>全部完成</w:t>
            </w:r>
            <w:proofErr w:type="spellEnd"/>
            <w:r w:rsidRPr="0084621D">
              <w:rPr>
                <w:sz w:val="21"/>
                <w:szCs w:val="21"/>
              </w:rPr>
              <w:t xml:space="preserve">　　□</w:t>
            </w:r>
            <w:proofErr w:type="spellStart"/>
            <w:proofErr w:type="gramEnd"/>
            <w:r w:rsidRPr="0084621D">
              <w:rPr>
                <w:sz w:val="21"/>
                <w:szCs w:val="21"/>
              </w:rPr>
              <w:t>基本完成（</w:t>
            </w:r>
            <w:proofErr w:type="gramStart"/>
            <w:r w:rsidRPr="0084621D">
              <w:rPr>
                <w:sz w:val="21"/>
                <w:szCs w:val="21"/>
              </w:rPr>
              <w:t>完成率</w:t>
            </w:r>
            <w:proofErr w:type="spellEnd"/>
            <w:r w:rsidRPr="0084621D">
              <w:rPr>
                <w:sz w:val="21"/>
                <w:szCs w:val="21"/>
                <w:u w:val="single"/>
              </w:rPr>
              <w:t xml:space="preserve">　　</w:t>
            </w:r>
            <w:r w:rsidRPr="0084621D">
              <w:rPr>
                <w:sz w:val="21"/>
                <w:szCs w:val="21"/>
              </w:rPr>
              <w:t>%）　　□</w:t>
            </w:r>
            <w:proofErr w:type="spellStart"/>
            <w:proofErr w:type="gramEnd"/>
            <w:r w:rsidRPr="0084621D">
              <w:rPr>
                <w:sz w:val="21"/>
                <w:szCs w:val="21"/>
              </w:rPr>
              <w:t>部分完成（</w:t>
            </w:r>
            <w:proofErr w:type="gramStart"/>
            <w:r w:rsidRPr="0084621D">
              <w:rPr>
                <w:sz w:val="21"/>
                <w:szCs w:val="21"/>
              </w:rPr>
              <w:t>完成率</w:t>
            </w:r>
            <w:proofErr w:type="spellEnd"/>
            <w:r w:rsidRPr="0084621D">
              <w:rPr>
                <w:sz w:val="21"/>
                <w:szCs w:val="21"/>
                <w:u w:val="single"/>
              </w:rPr>
              <w:t xml:space="preserve">　　</w:t>
            </w:r>
            <w:r w:rsidRPr="0084621D">
              <w:rPr>
                <w:sz w:val="21"/>
                <w:szCs w:val="21"/>
              </w:rPr>
              <w:t>%</w:t>
            </w:r>
            <w:proofErr w:type="gramEnd"/>
            <w:r w:rsidRPr="0084621D">
              <w:rPr>
                <w:sz w:val="21"/>
                <w:szCs w:val="21"/>
              </w:rPr>
              <w:t>）</w:t>
            </w:r>
          </w:p>
          <w:p w14:paraId="358BDC43" w14:textId="3633CBA3" w:rsidR="003A167D" w:rsidRPr="0084621D" w:rsidRDefault="003A167D" w:rsidP="00D24739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sz w:val="21"/>
                <w:szCs w:val="21"/>
                <w:lang w:eastAsia="zh-CN"/>
              </w:rPr>
              <w:t>未完成事项及原因：＿＿＿＿＿＿＿＿＿＿＿＿＿＿＿＿＿＿＿</w:t>
            </w:r>
            <w:r w:rsidR="00270141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         </w:t>
            </w:r>
            <w:r w:rsidRPr="0084621D">
              <w:rPr>
                <w:sz w:val="21"/>
                <w:szCs w:val="21"/>
                <w:lang w:eastAsia="zh-CN"/>
              </w:rPr>
              <w:t>＿＿＿＿＿＿＿</w:t>
            </w:r>
          </w:p>
        </w:tc>
      </w:tr>
      <w:tr w:rsidR="003A167D" w14:paraId="204758CC" w14:textId="77777777" w:rsidTr="00411568">
        <w:trPr>
          <w:trHeight w:val="283"/>
          <w:jc w:val="center"/>
        </w:trPr>
        <w:tc>
          <w:tcPr>
            <w:tcW w:w="10206" w:type="dxa"/>
            <w:gridSpan w:val="7"/>
            <w:shd w:val="clear" w:color="auto" w:fill="D9E2F3"/>
            <w:vAlign w:val="center"/>
          </w:tcPr>
          <w:p w14:paraId="45D1E4E7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督导工作统计数据（全校范围）</w:t>
            </w:r>
          </w:p>
        </w:tc>
      </w:tr>
      <w:tr w:rsidR="003A167D" w14:paraId="5AFF763D" w14:textId="77777777" w:rsidTr="00411568">
        <w:trPr>
          <w:trHeight w:val="311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611246C9" w14:textId="77777777" w:rsid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proofErr w:type="spellStart"/>
            <w:r w:rsidRPr="00411568">
              <w:rPr>
                <w:sz w:val="21"/>
                <w:szCs w:val="21"/>
              </w:rPr>
              <w:t>听课</w:t>
            </w:r>
            <w:proofErr w:type="spellEnd"/>
          </w:p>
          <w:p w14:paraId="6C264CA5" w14:textId="033D487B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411568">
              <w:rPr>
                <w:sz w:val="21"/>
                <w:szCs w:val="21"/>
              </w:rPr>
              <w:t>（</w:t>
            </w:r>
            <w:proofErr w:type="spellStart"/>
            <w:r w:rsidRPr="00411568">
              <w:rPr>
                <w:sz w:val="21"/>
                <w:szCs w:val="21"/>
              </w:rPr>
              <w:t>课时</w:t>
            </w:r>
            <w:proofErr w:type="spellEnd"/>
            <w:r w:rsidRPr="00411568">
              <w:rPr>
                <w:sz w:val="21"/>
                <w:szCs w:val="21"/>
              </w:rPr>
              <w:t>）</w:t>
            </w:r>
          </w:p>
        </w:tc>
        <w:tc>
          <w:tcPr>
            <w:tcW w:w="2268" w:type="dxa"/>
            <w:vAlign w:val="center"/>
          </w:tcPr>
          <w:p w14:paraId="14573B2C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7185C9BE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411568">
              <w:rPr>
                <w:sz w:val="21"/>
                <w:szCs w:val="21"/>
              </w:rPr>
              <w:t>覆盖学院（个</w:t>
            </w:r>
            <w:proofErr w:type="spellEnd"/>
            <w:r w:rsidRPr="00411568">
              <w:rPr>
                <w:sz w:val="21"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 w14:paraId="34997828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61B6942D" w14:textId="77777777" w:rsid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proofErr w:type="spellStart"/>
            <w:r w:rsidRPr="00411568">
              <w:rPr>
                <w:sz w:val="21"/>
                <w:szCs w:val="21"/>
              </w:rPr>
              <w:t>覆盖课程</w:t>
            </w:r>
            <w:proofErr w:type="spellEnd"/>
          </w:p>
          <w:p w14:paraId="7EA3735D" w14:textId="38745390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411568">
              <w:rPr>
                <w:sz w:val="21"/>
                <w:szCs w:val="21"/>
              </w:rPr>
              <w:t>（门）</w:t>
            </w:r>
          </w:p>
        </w:tc>
        <w:tc>
          <w:tcPr>
            <w:tcW w:w="1559" w:type="dxa"/>
            <w:vAlign w:val="center"/>
          </w:tcPr>
          <w:p w14:paraId="5F8DB902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3A167D" w14:paraId="6FB751D0" w14:textId="77777777" w:rsidTr="00411568">
        <w:trPr>
          <w:trHeight w:val="311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1E6F8CAC" w14:textId="77777777" w:rsidR="00411568" w:rsidRDefault="003A167D" w:rsidP="00411568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proofErr w:type="spellStart"/>
            <w:r w:rsidRPr="00411568">
              <w:rPr>
                <w:sz w:val="21"/>
                <w:szCs w:val="21"/>
              </w:rPr>
              <w:t>线上听课</w:t>
            </w:r>
            <w:proofErr w:type="spellEnd"/>
          </w:p>
          <w:p w14:paraId="1567ED4F" w14:textId="6DC7A0C5" w:rsidR="003A167D" w:rsidRPr="00411568" w:rsidRDefault="003A167D" w:rsidP="00411568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411568">
              <w:rPr>
                <w:sz w:val="21"/>
                <w:szCs w:val="21"/>
              </w:rPr>
              <w:t>（</w:t>
            </w:r>
            <w:proofErr w:type="spellStart"/>
            <w:r w:rsidRPr="00411568">
              <w:rPr>
                <w:sz w:val="21"/>
                <w:szCs w:val="21"/>
              </w:rPr>
              <w:t>课时</w:t>
            </w:r>
            <w:proofErr w:type="spellEnd"/>
            <w:r w:rsidRPr="00411568">
              <w:rPr>
                <w:sz w:val="21"/>
                <w:szCs w:val="21"/>
              </w:rPr>
              <w:t>）</w:t>
            </w:r>
          </w:p>
        </w:tc>
        <w:tc>
          <w:tcPr>
            <w:tcW w:w="2268" w:type="dxa"/>
            <w:vAlign w:val="center"/>
          </w:tcPr>
          <w:p w14:paraId="4F07BFCC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7755D59D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411568">
              <w:rPr>
                <w:sz w:val="21"/>
                <w:szCs w:val="21"/>
              </w:rPr>
              <w:t>覆盖教师（人</w:t>
            </w:r>
            <w:proofErr w:type="spellEnd"/>
            <w:r w:rsidRPr="00411568">
              <w:rPr>
                <w:sz w:val="21"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 w14:paraId="32F0E671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4BD312EA" w14:textId="77777777" w:rsid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proofErr w:type="spellStart"/>
            <w:r w:rsidRPr="00411568">
              <w:rPr>
                <w:sz w:val="21"/>
                <w:szCs w:val="21"/>
              </w:rPr>
              <w:t>专项检查</w:t>
            </w:r>
            <w:proofErr w:type="spellEnd"/>
          </w:p>
          <w:p w14:paraId="5EC54102" w14:textId="345F6C86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411568">
              <w:rPr>
                <w:sz w:val="21"/>
                <w:szCs w:val="21"/>
              </w:rPr>
              <w:t>（项）</w:t>
            </w:r>
          </w:p>
        </w:tc>
        <w:tc>
          <w:tcPr>
            <w:tcW w:w="1559" w:type="dxa"/>
            <w:vAlign w:val="center"/>
          </w:tcPr>
          <w:p w14:paraId="505BE043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3A167D" w14:paraId="6427E72F" w14:textId="77777777" w:rsidTr="00411568">
        <w:trPr>
          <w:trHeight w:val="311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66CA92D8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411568">
              <w:rPr>
                <w:sz w:val="21"/>
                <w:szCs w:val="21"/>
                <w:lang w:eastAsia="zh-CN"/>
              </w:rPr>
              <w:t>青年教师</w:t>
            </w:r>
            <w:r w:rsidRPr="00411568">
              <w:rPr>
                <w:rFonts w:hint="eastAsia"/>
                <w:sz w:val="21"/>
                <w:szCs w:val="21"/>
                <w:lang w:eastAsia="zh-CN"/>
              </w:rPr>
              <w:t>指导</w:t>
            </w:r>
            <w:r w:rsidRPr="00411568">
              <w:rPr>
                <w:sz w:val="21"/>
                <w:szCs w:val="21"/>
                <w:lang w:eastAsia="zh-CN"/>
              </w:rPr>
              <w:t>（人次）</w:t>
            </w:r>
          </w:p>
        </w:tc>
        <w:tc>
          <w:tcPr>
            <w:tcW w:w="2268" w:type="dxa"/>
            <w:vAlign w:val="center"/>
          </w:tcPr>
          <w:p w14:paraId="04705318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64308566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411568">
              <w:rPr>
                <w:sz w:val="21"/>
                <w:szCs w:val="21"/>
              </w:rPr>
              <w:t>调研报告（篇</w:t>
            </w:r>
            <w:proofErr w:type="spellEnd"/>
            <w:r w:rsidRPr="00411568">
              <w:rPr>
                <w:sz w:val="21"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 w14:paraId="347A9769" w14:textId="77777777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669BD4BD" w14:textId="77777777" w:rsid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proofErr w:type="spellStart"/>
            <w:r w:rsidRPr="00411568">
              <w:rPr>
                <w:sz w:val="21"/>
                <w:szCs w:val="21"/>
              </w:rPr>
              <w:t>评估认证</w:t>
            </w:r>
            <w:proofErr w:type="spellEnd"/>
          </w:p>
          <w:p w14:paraId="5E0F6C90" w14:textId="7B898AB9" w:rsidR="003A167D" w:rsidRPr="00411568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411568">
              <w:rPr>
                <w:sz w:val="21"/>
                <w:szCs w:val="21"/>
              </w:rPr>
              <w:t>（项）</w:t>
            </w:r>
          </w:p>
        </w:tc>
        <w:tc>
          <w:tcPr>
            <w:tcW w:w="1559" w:type="dxa"/>
            <w:vAlign w:val="center"/>
          </w:tcPr>
          <w:p w14:paraId="10C4ACDA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3A167D" w14:paraId="62755B9D" w14:textId="77777777" w:rsidTr="00BC3197">
        <w:trPr>
          <w:trHeight w:val="1024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69DCD48E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面向产出</w:t>
            </w:r>
            <w:proofErr w:type="spellEnd"/>
          </w:p>
          <w:p w14:paraId="57D34DA9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84621D">
              <w:rPr>
                <w:b/>
                <w:sz w:val="21"/>
                <w:szCs w:val="21"/>
              </w:rPr>
              <w:t>评价改进</w:t>
            </w:r>
            <w:proofErr w:type="spellEnd"/>
          </w:p>
        </w:tc>
        <w:tc>
          <w:tcPr>
            <w:tcW w:w="8646" w:type="dxa"/>
            <w:gridSpan w:val="5"/>
            <w:vAlign w:val="center"/>
          </w:tcPr>
          <w:p w14:paraId="605732D2" w14:textId="37C6168E" w:rsidR="003A167D" w:rsidRPr="0084621D" w:rsidRDefault="00161D05" w:rsidP="00BC3197">
            <w:pPr>
              <w:spacing w:after="0" w:line="320" w:lineRule="exac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开展</w:t>
            </w:r>
            <w:r w:rsidR="003A167D" w:rsidRPr="0084621D">
              <w:rPr>
                <w:sz w:val="21"/>
                <w:szCs w:val="21"/>
                <w:lang w:eastAsia="zh-CN"/>
              </w:rPr>
              <w:t>培养目标、毕业要求、课程目标达成情况</w:t>
            </w:r>
            <w:r w:rsidR="00A3396F" w:rsidRPr="00A3396F">
              <w:rPr>
                <w:rFonts w:hint="eastAsia"/>
                <w:sz w:val="21"/>
                <w:szCs w:val="21"/>
                <w:lang w:eastAsia="zh-CN"/>
              </w:rPr>
              <w:t>跟踪评价的专业</w:t>
            </w:r>
            <w:r w:rsidR="003A167D" w:rsidRPr="0084621D">
              <w:rPr>
                <w:sz w:val="21"/>
                <w:szCs w:val="21"/>
                <w:lang w:eastAsia="zh-CN"/>
              </w:rPr>
              <w:t>：</w:t>
            </w:r>
            <w:r w:rsidR="003A167D" w:rsidRPr="0084621D">
              <w:rPr>
                <w:sz w:val="21"/>
                <w:szCs w:val="21"/>
                <w:u w:val="single"/>
                <w:lang w:eastAsia="zh-CN"/>
              </w:rPr>
              <w:t xml:space="preserve">　　　</w:t>
            </w:r>
            <w:r w:rsidR="003A167D" w:rsidRPr="0084621D">
              <w:rPr>
                <w:sz w:val="21"/>
                <w:szCs w:val="21"/>
                <w:lang w:eastAsia="zh-CN"/>
              </w:rPr>
              <w:t>个</w:t>
            </w:r>
          </w:p>
          <w:p w14:paraId="4C62AD34" w14:textId="75F76210" w:rsidR="0084621D" w:rsidRDefault="003A167D" w:rsidP="00BC3197">
            <w:pPr>
              <w:spacing w:after="0" w:line="32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sz w:val="21"/>
                <w:szCs w:val="21"/>
                <w:lang w:eastAsia="zh-CN"/>
              </w:rPr>
              <w:t>定性定量分析并撰写整改建议：</w:t>
            </w:r>
            <w:r w:rsidRPr="0084621D">
              <w:rPr>
                <w:sz w:val="21"/>
                <w:szCs w:val="21"/>
                <w:u w:val="single"/>
                <w:lang w:eastAsia="zh-CN"/>
              </w:rPr>
              <w:t xml:space="preserve">　　</w:t>
            </w:r>
            <w:r w:rsidRPr="0084621D">
              <w:rPr>
                <w:sz w:val="21"/>
                <w:szCs w:val="21"/>
                <w:lang w:eastAsia="zh-CN"/>
              </w:rPr>
              <w:t>份　已督促落实：</w:t>
            </w:r>
            <w:r w:rsidRPr="0084621D">
              <w:rPr>
                <w:sz w:val="21"/>
                <w:szCs w:val="21"/>
                <w:u w:val="single"/>
                <w:lang w:eastAsia="zh-CN"/>
              </w:rPr>
              <w:t xml:space="preserve">　</w:t>
            </w:r>
            <w:r w:rsidR="00161D05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 </w:t>
            </w:r>
            <w:r w:rsidRPr="0084621D">
              <w:rPr>
                <w:sz w:val="21"/>
                <w:szCs w:val="21"/>
                <w:u w:val="single"/>
                <w:lang w:eastAsia="zh-CN"/>
              </w:rPr>
              <w:t xml:space="preserve">　</w:t>
            </w:r>
            <w:r w:rsidRPr="0084621D">
              <w:rPr>
                <w:sz w:val="21"/>
                <w:szCs w:val="21"/>
                <w:lang w:eastAsia="zh-CN"/>
              </w:rPr>
              <w:t xml:space="preserve">项　</w:t>
            </w:r>
          </w:p>
          <w:p w14:paraId="0C4587BF" w14:textId="16E2BBEB" w:rsidR="003A167D" w:rsidRPr="00BC3197" w:rsidRDefault="005B25BC" w:rsidP="00BC3197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rFonts w:hint="eastAsia"/>
                <w:sz w:val="21"/>
                <w:szCs w:val="21"/>
                <w:lang w:eastAsia="zh-CN"/>
              </w:rPr>
              <w:t>其他：</w:t>
            </w:r>
            <w:r w:rsidRPr="00E26346">
              <w:rPr>
                <w:sz w:val="21"/>
                <w:szCs w:val="21"/>
                <w:lang w:eastAsia="zh-CN"/>
              </w:rPr>
              <w:t>＿＿＿＿＿＿＿＿＿＿＿＿＿＿＿＿＿＿＿＿＿＿＿＿＿＿＿＿＿＿＿＿</w:t>
            </w:r>
            <w:r w:rsidR="00BC3197" w:rsidRPr="00C6293E">
              <w:rPr>
                <w:rFonts w:hint="eastAsia"/>
                <w:u w:val="single"/>
                <w:lang w:eastAsia="zh-CN"/>
              </w:rPr>
              <w:t xml:space="preserve">   </w:t>
            </w:r>
          </w:p>
        </w:tc>
      </w:tr>
      <w:tr w:rsidR="003A167D" w14:paraId="36E9FFAD" w14:textId="77777777" w:rsidTr="00411568">
        <w:trPr>
          <w:trHeight w:val="417"/>
          <w:jc w:val="center"/>
        </w:trPr>
        <w:tc>
          <w:tcPr>
            <w:tcW w:w="10206" w:type="dxa"/>
            <w:gridSpan w:val="7"/>
            <w:shd w:val="clear" w:color="auto" w:fill="D9E2F3"/>
            <w:vAlign w:val="center"/>
          </w:tcPr>
          <w:p w14:paraId="4B487CD6" w14:textId="77777777" w:rsidR="003A167D" w:rsidRPr="0084621D" w:rsidRDefault="003A167D" w:rsidP="0084621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84621D">
              <w:rPr>
                <w:b/>
                <w:sz w:val="21"/>
                <w:szCs w:val="21"/>
                <w:lang w:eastAsia="zh-CN"/>
              </w:rPr>
              <w:t>发现的主要问题及整改闭环管理（反馈→整改→跟踪核查，超过</w:t>
            </w:r>
            <w:r w:rsidRPr="0084621D">
              <w:rPr>
                <w:rFonts w:hint="eastAsia"/>
                <w:b/>
                <w:sz w:val="21"/>
                <w:szCs w:val="21"/>
                <w:lang w:eastAsia="zh-CN"/>
              </w:rPr>
              <w:t>5</w:t>
            </w:r>
            <w:r w:rsidRPr="0084621D">
              <w:rPr>
                <w:b/>
                <w:sz w:val="21"/>
                <w:szCs w:val="21"/>
                <w:lang w:eastAsia="zh-CN"/>
              </w:rPr>
              <w:t>项可另附页）</w:t>
            </w:r>
          </w:p>
        </w:tc>
      </w:tr>
      <w:tr w:rsidR="003A167D" w14:paraId="222C4F69" w14:textId="77777777" w:rsidTr="00411568">
        <w:trPr>
          <w:trHeight w:val="481"/>
          <w:jc w:val="center"/>
        </w:trPr>
        <w:tc>
          <w:tcPr>
            <w:tcW w:w="10206" w:type="dxa"/>
            <w:gridSpan w:val="7"/>
            <w:vAlign w:val="center"/>
          </w:tcPr>
          <w:p w14:paraId="4A0252D5" w14:textId="67CB1577" w:rsidR="003A167D" w:rsidRPr="006E3D6B" w:rsidRDefault="003A167D" w:rsidP="006E3D6B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6E3D6B">
              <w:rPr>
                <w:b/>
                <w:bCs/>
                <w:sz w:val="20"/>
                <w:szCs w:val="28"/>
                <w:lang w:eastAsia="zh-CN"/>
              </w:rPr>
              <w:t>问题类型</w:t>
            </w:r>
            <w:r w:rsidRPr="006E3D6B">
              <w:rPr>
                <w:sz w:val="20"/>
                <w:szCs w:val="28"/>
                <w:lang w:eastAsia="zh-CN"/>
              </w:rPr>
              <w:t>：①教风教法</w:t>
            </w:r>
            <w:r w:rsidR="006E3D6B" w:rsidRPr="006E3D6B">
              <w:rPr>
                <w:rFonts w:hint="eastAsia"/>
                <w:sz w:val="20"/>
                <w:szCs w:val="28"/>
                <w:lang w:eastAsia="zh-CN"/>
              </w:rPr>
              <w:t xml:space="preserve"> </w:t>
            </w:r>
            <w:r w:rsidRPr="006E3D6B">
              <w:rPr>
                <w:sz w:val="20"/>
                <w:szCs w:val="28"/>
                <w:lang w:eastAsia="zh-CN"/>
              </w:rPr>
              <w:t>②</w:t>
            </w:r>
            <w:proofErr w:type="gramStart"/>
            <w:r w:rsidRPr="006E3D6B">
              <w:rPr>
                <w:sz w:val="20"/>
                <w:szCs w:val="28"/>
                <w:lang w:eastAsia="zh-CN"/>
              </w:rPr>
              <w:t>学风学纪</w:t>
            </w:r>
            <w:proofErr w:type="gramEnd"/>
            <w:r w:rsidRPr="006E3D6B">
              <w:rPr>
                <w:sz w:val="20"/>
                <w:szCs w:val="28"/>
                <w:lang w:eastAsia="zh-CN"/>
              </w:rPr>
              <w:t xml:space="preserve">　③考核/毕业论文（设计）　④教学文件　⑤设施环境　⑥教学管理　⑦其他</w:t>
            </w:r>
          </w:p>
          <w:p w14:paraId="24E338B6" w14:textId="5762B799" w:rsidR="006E3D6B" w:rsidRPr="006E3D6B" w:rsidRDefault="003A167D" w:rsidP="006E3D6B">
            <w:pPr>
              <w:spacing w:after="0" w:line="300" w:lineRule="exact"/>
              <w:rPr>
                <w:rFonts w:hint="eastAsia"/>
                <w:sz w:val="20"/>
                <w:szCs w:val="28"/>
                <w:lang w:eastAsia="zh-CN"/>
              </w:rPr>
            </w:pPr>
            <w:r w:rsidRPr="006E3D6B">
              <w:rPr>
                <w:b/>
                <w:bCs/>
                <w:sz w:val="20"/>
                <w:szCs w:val="28"/>
                <w:lang w:eastAsia="zh-CN"/>
              </w:rPr>
              <w:t>反馈方式</w:t>
            </w:r>
            <w:r w:rsidRPr="006E3D6B">
              <w:rPr>
                <w:sz w:val="20"/>
                <w:szCs w:val="28"/>
                <w:lang w:eastAsia="zh-CN"/>
              </w:rPr>
              <w:t>：</w:t>
            </w:r>
            <w:r w:rsidR="00EA567E" w:rsidRPr="00EA567E">
              <w:rPr>
                <w:rFonts w:hint="eastAsia"/>
                <w:sz w:val="20"/>
                <w:szCs w:val="28"/>
                <w:lang w:eastAsia="zh-CN"/>
              </w:rPr>
              <w:t>①当场</w:t>
            </w:r>
            <w:r w:rsidR="00F668A6">
              <w:rPr>
                <w:rFonts w:hint="eastAsia"/>
                <w:sz w:val="20"/>
                <w:szCs w:val="28"/>
                <w:lang w:eastAsia="zh-CN"/>
              </w:rPr>
              <w:t>向</w:t>
            </w:r>
            <w:r w:rsidR="00EA567E" w:rsidRPr="00EA567E">
              <w:rPr>
                <w:rFonts w:hint="eastAsia"/>
                <w:sz w:val="20"/>
                <w:szCs w:val="28"/>
                <w:lang w:eastAsia="zh-CN"/>
              </w:rPr>
              <w:t>任课教师</w:t>
            </w:r>
            <w:r w:rsidR="00F668A6">
              <w:rPr>
                <w:rFonts w:hint="eastAsia"/>
                <w:sz w:val="20"/>
                <w:szCs w:val="28"/>
                <w:lang w:eastAsia="zh-CN"/>
              </w:rPr>
              <w:t>反馈</w:t>
            </w:r>
            <w:r w:rsidR="00EA567E" w:rsidRPr="00EA567E">
              <w:rPr>
                <w:rFonts w:hint="eastAsia"/>
                <w:sz w:val="20"/>
                <w:szCs w:val="28"/>
                <w:lang w:eastAsia="zh-CN"/>
              </w:rPr>
              <w:t xml:space="preserve">  ②向</w:t>
            </w:r>
            <w:r w:rsidR="00CA3FD6">
              <w:rPr>
                <w:rFonts w:hint="eastAsia"/>
                <w:sz w:val="20"/>
                <w:szCs w:val="28"/>
                <w:lang w:eastAsia="zh-CN"/>
              </w:rPr>
              <w:t>二级</w:t>
            </w:r>
            <w:r w:rsidR="00EA567E" w:rsidRPr="00EA567E">
              <w:rPr>
                <w:rFonts w:hint="eastAsia"/>
                <w:sz w:val="20"/>
                <w:szCs w:val="28"/>
                <w:lang w:eastAsia="zh-CN"/>
              </w:rPr>
              <w:t>学院反馈  ③向教务处/教学质量监控与评估处反馈  ④书面通报</w:t>
            </w:r>
            <w:r w:rsidRPr="006E3D6B">
              <w:rPr>
                <w:sz w:val="20"/>
                <w:szCs w:val="28"/>
                <w:lang w:eastAsia="zh-CN"/>
              </w:rPr>
              <w:t xml:space="preserve">　</w:t>
            </w:r>
          </w:p>
          <w:p w14:paraId="56309E0D" w14:textId="3FD68CC5" w:rsidR="003A167D" w:rsidRDefault="003A167D" w:rsidP="006E3D6B">
            <w:pPr>
              <w:spacing w:after="0" w:line="300" w:lineRule="exact"/>
              <w:rPr>
                <w:rFonts w:hint="eastAsia"/>
                <w:lang w:eastAsia="zh-CN"/>
              </w:rPr>
            </w:pPr>
            <w:r w:rsidRPr="006E3D6B">
              <w:rPr>
                <w:b/>
                <w:bCs/>
                <w:sz w:val="20"/>
                <w:szCs w:val="28"/>
                <w:lang w:eastAsia="zh-CN"/>
              </w:rPr>
              <w:t>核查结果</w:t>
            </w:r>
            <w:r w:rsidRPr="006E3D6B">
              <w:rPr>
                <w:sz w:val="20"/>
                <w:szCs w:val="28"/>
                <w:lang w:eastAsia="zh-CN"/>
              </w:rPr>
              <w:t>：①已整改　②整改中　③未整改</w:t>
            </w:r>
          </w:p>
        </w:tc>
      </w:tr>
      <w:tr w:rsidR="003A167D" w14:paraId="05BDD29E" w14:textId="77777777" w:rsidTr="00411568">
        <w:trPr>
          <w:trHeight w:val="311"/>
          <w:jc w:val="center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8EF3E32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序号</w:t>
            </w:r>
            <w:proofErr w:type="spellEnd"/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D31CFD8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sz w:val="16"/>
                <w:lang w:eastAsia="zh-CN"/>
              </w:rPr>
              <w:t>问题描述（具体到学院/课程/教师/环节）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AFF567A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问题类型（序号</w:t>
            </w:r>
            <w:proofErr w:type="spellEnd"/>
            <w:r>
              <w:rPr>
                <w:b/>
                <w:sz w:val="16"/>
              </w:rPr>
              <w:t>）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0A56B52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反馈方式（序号</w:t>
            </w:r>
            <w:proofErr w:type="spellEnd"/>
            <w:r>
              <w:rPr>
                <w:b/>
                <w:sz w:val="16"/>
              </w:rPr>
              <w:t>）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513234C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整改措施及期限</w:t>
            </w:r>
            <w:proofErr w:type="spellEnd"/>
          </w:p>
        </w:tc>
        <w:tc>
          <w:tcPr>
            <w:tcW w:w="1559" w:type="dxa"/>
            <w:shd w:val="clear" w:color="auto" w:fill="F2F2F2"/>
            <w:vAlign w:val="center"/>
          </w:tcPr>
          <w:p w14:paraId="0A3DF3C7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核查结果（序号</w:t>
            </w:r>
            <w:proofErr w:type="spellEnd"/>
            <w:r>
              <w:rPr>
                <w:b/>
                <w:sz w:val="16"/>
              </w:rPr>
              <w:t>）</w:t>
            </w:r>
          </w:p>
        </w:tc>
      </w:tr>
      <w:tr w:rsidR="003A167D" w14:paraId="32F97492" w14:textId="77777777" w:rsidTr="007711C0">
        <w:trPr>
          <w:trHeight w:val="532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E45A926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  <w:vAlign w:val="center"/>
          </w:tcPr>
          <w:p w14:paraId="31770806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E7B9344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5CD5D50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52819616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5067A388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500DEE30" w14:textId="77777777" w:rsidTr="007711C0">
        <w:trPr>
          <w:trHeight w:val="532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6F9C88D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sz w:val="16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2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  <w:vAlign w:val="center"/>
          </w:tcPr>
          <w:p w14:paraId="578F95F3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A78651E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7CC0192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2865176E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4940A530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1EECCAB0" w14:textId="77777777" w:rsidTr="007711C0">
        <w:trPr>
          <w:trHeight w:val="532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17799C7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sz w:val="16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3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  <w:vAlign w:val="center"/>
          </w:tcPr>
          <w:p w14:paraId="2453482D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A04BADE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1281AC4B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13BB8454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1BD03E25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2D998B80" w14:textId="77777777" w:rsidTr="007711C0">
        <w:trPr>
          <w:trHeight w:val="532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D289315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sz w:val="16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4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  <w:vAlign w:val="center"/>
          </w:tcPr>
          <w:p w14:paraId="189F81F8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A49CBF4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C2226B5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533CA25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EDE9F7F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5E45E94C" w14:textId="77777777" w:rsidTr="007711C0">
        <w:trPr>
          <w:trHeight w:val="532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6898876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5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  <w:vAlign w:val="center"/>
          </w:tcPr>
          <w:p w14:paraId="15450457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13C43F9F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6AC96B36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4C22D626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6F7E606B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1F9D270E" w14:textId="77777777" w:rsidTr="007E2AC2">
        <w:trPr>
          <w:trHeight w:val="689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3B13EF56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专题研究</w:t>
            </w:r>
            <w:proofErr w:type="spellEnd"/>
          </w:p>
          <w:p w14:paraId="06D19135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调研报告</w:t>
            </w:r>
            <w:proofErr w:type="spellEnd"/>
          </w:p>
        </w:tc>
        <w:tc>
          <w:tcPr>
            <w:tcW w:w="8646" w:type="dxa"/>
            <w:gridSpan w:val="5"/>
            <w:vAlign w:val="center"/>
          </w:tcPr>
          <w:p w14:paraId="30BC655D" w14:textId="55CDC459" w:rsidR="003A167D" w:rsidRPr="0084621D" w:rsidRDefault="003A167D" w:rsidP="00AE3C56">
            <w:pPr>
              <w:spacing w:after="0" w:line="38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题目：＿＿＿＿＿＿＿＿＿＿＿＿＿</w:t>
            </w:r>
            <w:r w:rsidR="00600CA3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         </w:t>
            </w:r>
            <w:r w:rsidRPr="0084621D">
              <w:rPr>
                <w:sz w:val="21"/>
                <w:szCs w:val="28"/>
                <w:lang w:eastAsia="zh-CN"/>
              </w:rPr>
              <w:t>＿＿＿＿＿＿＿＿＿＿＿＿＿</w:t>
            </w:r>
          </w:p>
          <w:p w14:paraId="468962B9" w14:textId="20EEF3ED" w:rsidR="003A167D" w:rsidRPr="0084621D" w:rsidRDefault="003A167D" w:rsidP="00AE3C56">
            <w:pPr>
              <w:spacing w:after="0" w:line="38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主要结论及被学校采纳情况：＿＿＿＿＿＿＿＿＿＿＿＿＿</w:t>
            </w:r>
            <w:r w:rsidR="00600CA3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         </w:t>
            </w:r>
            <w:r w:rsidRPr="0084621D">
              <w:rPr>
                <w:sz w:val="21"/>
                <w:szCs w:val="28"/>
                <w:lang w:eastAsia="zh-CN"/>
              </w:rPr>
              <w:t>＿＿＿</w:t>
            </w:r>
          </w:p>
        </w:tc>
      </w:tr>
      <w:tr w:rsidR="003A167D" w14:paraId="076CFA7E" w14:textId="77777777" w:rsidTr="007E2AC2">
        <w:trPr>
          <w:trHeight w:val="1124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704B30F6" w14:textId="77777777" w:rsidR="00411568" w:rsidRDefault="003A167D" w:rsidP="001E2035">
            <w:pPr>
              <w:spacing w:after="0" w:line="230" w:lineRule="exact"/>
              <w:jc w:val="center"/>
              <w:rPr>
                <w:rFonts w:hint="eastAsia"/>
                <w:b/>
                <w:sz w:val="21"/>
                <w:szCs w:val="28"/>
                <w:lang w:eastAsia="zh-CN"/>
              </w:rPr>
            </w:pPr>
            <w:r w:rsidRPr="0084621D">
              <w:rPr>
                <w:rFonts w:hint="eastAsia"/>
                <w:b/>
                <w:sz w:val="21"/>
                <w:szCs w:val="28"/>
                <w:lang w:eastAsia="zh-CN"/>
              </w:rPr>
              <w:t>校教学督导</w:t>
            </w:r>
          </w:p>
          <w:p w14:paraId="6AF00160" w14:textId="605321F9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改进建议</w:t>
            </w:r>
            <w:proofErr w:type="spellEnd"/>
          </w:p>
        </w:tc>
        <w:tc>
          <w:tcPr>
            <w:tcW w:w="8646" w:type="dxa"/>
            <w:gridSpan w:val="5"/>
          </w:tcPr>
          <w:p w14:paraId="1471B00C" w14:textId="77777777" w:rsidR="003A167D" w:rsidRPr="0084621D" w:rsidRDefault="003A167D" w:rsidP="007711C0">
            <w:pPr>
              <w:spacing w:after="0" w:line="34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1.</w:t>
            </w:r>
          </w:p>
          <w:p w14:paraId="687B6CB0" w14:textId="77777777" w:rsidR="003A167D" w:rsidRPr="0084621D" w:rsidRDefault="003A167D" w:rsidP="007711C0">
            <w:pPr>
              <w:spacing w:after="0" w:line="34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2.</w:t>
            </w:r>
          </w:p>
          <w:p w14:paraId="62057BD8" w14:textId="77777777" w:rsidR="003A167D" w:rsidRPr="0084621D" w:rsidRDefault="003A167D" w:rsidP="007711C0">
            <w:pPr>
              <w:spacing w:after="0" w:line="34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3.</w:t>
            </w:r>
          </w:p>
        </w:tc>
      </w:tr>
      <w:tr w:rsidR="003A167D" w14:paraId="114675C3" w14:textId="77777777" w:rsidTr="007711C0">
        <w:trPr>
          <w:trHeight w:val="1045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2416CBA1" w14:textId="2B248FB7" w:rsidR="003A167D" w:rsidRPr="0084621D" w:rsidRDefault="003A167D" w:rsidP="007E2AC2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b/>
                <w:sz w:val="21"/>
                <w:szCs w:val="28"/>
                <w:lang w:eastAsia="zh-CN"/>
              </w:rPr>
              <w:t>下学期</w:t>
            </w:r>
            <w:r w:rsidRPr="0084621D">
              <w:rPr>
                <w:rFonts w:hint="eastAsia"/>
                <w:b/>
                <w:sz w:val="21"/>
                <w:szCs w:val="28"/>
                <w:lang w:eastAsia="zh-CN"/>
              </w:rPr>
              <w:t>督导工作</w:t>
            </w:r>
            <w:r w:rsidRPr="0084621D">
              <w:rPr>
                <w:b/>
                <w:sz w:val="21"/>
                <w:szCs w:val="28"/>
                <w:lang w:eastAsia="zh-CN"/>
              </w:rPr>
              <w:t>重点建议</w:t>
            </w:r>
          </w:p>
        </w:tc>
        <w:tc>
          <w:tcPr>
            <w:tcW w:w="8646" w:type="dxa"/>
            <w:gridSpan w:val="5"/>
          </w:tcPr>
          <w:p w14:paraId="5C341A04" w14:textId="77777777" w:rsidR="00AE3C56" w:rsidRPr="0084621D" w:rsidRDefault="00AE3C56" w:rsidP="007711C0">
            <w:pPr>
              <w:spacing w:after="0" w:line="34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1.</w:t>
            </w:r>
          </w:p>
          <w:p w14:paraId="55D6EEE2" w14:textId="77777777" w:rsidR="00AE3C56" w:rsidRPr="0084621D" w:rsidRDefault="00AE3C56" w:rsidP="007711C0">
            <w:pPr>
              <w:spacing w:after="0" w:line="340" w:lineRule="exac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>2.</w:t>
            </w:r>
          </w:p>
          <w:p w14:paraId="198EAB18" w14:textId="31972F5E" w:rsidR="003A167D" w:rsidRPr="0084621D" w:rsidRDefault="00AE3C56" w:rsidP="007711C0">
            <w:pPr>
              <w:spacing w:after="0" w:line="34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</w:rPr>
              <w:t>3.</w:t>
            </w:r>
          </w:p>
        </w:tc>
      </w:tr>
      <w:tr w:rsidR="003A167D" w14:paraId="65C98F8B" w14:textId="77777777" w:rsidTr="00CA71DC">
        <w:trPr>
          <w:trHeight w:val="925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7DF35829" w14:textId="77777777" w:rsidR="007E2AC2" w:rsidRDefault="003A167D" w:rsidP="001E2035">
            <w:pPr>
              <w:spacing w:after="0" w:line="230" w:lineRule="exact"/>
              <w:jc w:val="center"/>
              <w:rPr>
                <w:rFonts w:hint="eastAsia"/>
                <w:b/>
                <w:sz w:val="21"/>
                <w:szCs w:val="28"/>
                <w:lang w:eastAsia="zh-CN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督导组</w:t>
            </w:r>
            <w:proofErr w:type="spellEnd"/>
          </w:p>
          <w:p w14:paraId="57207C9A" w14:textId="34AA2251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自身建设</w:t>
            </w:r>
            <w:proofErr w:type="spellEnd"/>
          </w:p>
        </w:tc>
        <w:tc>
          <w:tcPr>
            <w:tcW w:w="8646" w:type="dxa"/>
            <w:gridSpan w:val="5"/>
            <w:vAlign w:val="center"/>
          </w:tcPr>
          <w:p w14:paraId="24481407" w14:textId="5D9DD563" w:rsidR="00D15BF3" w:rsidRDefault="00796A41" w:rsidP="007711C0">
            <w:pPr>
              <w:spacing w:after="0" w:line="34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796A41">
              <w:rPr>
                <w:rFonts w:hint="eastAsia"/>
                <w:sz w:val="21"/>
                <w:szCs w:val="28"/>
                <w:lang w:eastAsia="zh-CN"/>
              </w:rPr>
              <w:t>督导</w:t>
            </w:r>
            <w:r w:rsidR="003A167D" w:rsidRPr="0084621D">
              <w:rPr>
                <w:sz w:val="21"/>
                <w:szCs w:val="28"/>
                <w:lang w:eastAsia="zh-CN"/>
              </w:rPr>
              <w:t>培训/研讨</w:t>
            </w:r>
            <w:r w:rsidR="003A167D" w:rsidRPr="0084621D">
              <w:rPr>
                <w:sz w:val="21"/>
                <w:szCs w:val="28"/>
                <w:u w:val="single"/>
                <w:lang w:eastAsia="zh-CN"/>
              </w:rPr>
              <w:t xml:space="preserve">　　</w:t>
            </w:r>
            <w:r w:rsidR="003A167D" w:rsidRPr="0084621D">
              <w:rPr>
                <w:sz w:val="21"/>
                <w:szCs w:val="28"/>
                <w:lang w:eastAsia="zh-CN"/>
              </w:rPr>
              <w:t>次；督导工作例会</w:t>
            </w:r>
            <w:r w:rsidR="003A167D" w:rsidRPr="0084621D">
              <w:rPr>
                <w:sz w:val="21"/>
                <w:szCs w:val="28"/>
                <w:u w:val="single"/>
                <w:lang w:eastAsia="zh-CN"/>
              </w:rPr>
              <w:t xml:space="preserve">　　</w:t>
            </w:r>
            <w:r w:rsidR="003A167D" w:rsidRPr="0084621D">
              <w:rPr>
                <w:sz w:val="21"/>
                <w:szCs w:val="28"/>
                <w:lang w:eastAsia="zh-CN"/>
              </w:rPr>
              <w:t>次（不少于2次）；学校督导工作会议</w:t>
            </w:r>
            <w:r w:rsidR="003A167D" w:rsidRPr="0084621D">
              <w:rPr>
                <w:sz w:val="21"/>
                <w:szCs w:val="28"/>
                <w:u w:val="single"/>
                <w:lang w:eastAsia="zh-CN"/>
              </w:rPr>
              <w:t xml:space="preserve">　　</w:t>
            </w:r>
            <w:r w:rsidR="003A167D" w:rsidRPr="0084621D">
              <w:rPr>
                <w:sz w:val="21"/>
                <w:szCs w:val="28"/>
                <w:lang w:eastAsia="zh-CN"/>
              </w:rPr>
              <w:t>次</w:t>
            </w:r>
          </w:p>
          <w:p w14:paraId="03BC8E00" w14:textId="77777777" w:rsidR="003A167D" w:rsidRDefault="003A167D" w:rsidP="007711C0">
            <w:pPr>
              <w:spacing w:after="0" w:line="34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4621D">
              <w:rPr>
                <w:sz w:val="21"/>
                <w:szCs w:val="28"/>
                <w:lang w:eastAsia="zh-CN"/>
              </w:rPr>
              <w:t>督导员履职、听课完成情况</w:t>
            </w:r>
            <w:r w:rsidR="00D15BF3">
              <w:rPr>
                <w:rFonts w:hint="eastAsia"/>
                <w:sz w:val="21"/>
                <w:szCs w:val="28"/>
                <w:lang w:eastAsia="zh-CN"/>
              </w:rPr>
              <w:t>等</w:t>
            </w:r>
            <w:r w:rsidRPr="0084621D">
              <w:rPr>
                <w:sz w:val="21"/>
                <w:szCs w:val="28"/>
                <w:lang w:eastAsia="zh-CN"/>
              </w:rPr>
              <w:t>：＿＿＿＿＿＿＿＿＿＿＿＿＿＿</w:t>
            </w:r>
            <w:r w:rsidR="007711C0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      </w:t>
            </w:r>
            <w:r w:rsidRPr="0084621D">
              <w:rPr>
                <w:sz w:val="21"/>
                <w:szCs w:val="28"/>
                <w:lang w:eastAsia="zh-CN"/>
              </w:rPr>
              <w:t>＿</w:t>
            </w:r>
          </w:p>
          <w:p w14:paraId="338A902B" w14:textId="02E3AB5B" w:rsidR="007711C0" w:rsidRPr="007711C0" w:rsidRDefault="007711C0" w:rsidP="007711C0">
            <w:pPr>
              <w:spacing w:after="0" w:line="34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833332">
              <w:rPr>
                <w:rFonts w:hint="eastAsia"/>
                <w:sz w:val="21"/>
                <w:szCs w:val="28"/>
                <w:lang w:eastAsia="zh-CN"/>
              </w:rPr>
              <w:t>AI赋能督导工作情况</w:t>
            </w:r>
            <w:r>
              <w:rPr>
                <w:rFonts w:hint="eastAsia"/>
                <w:sz w:val="21"/>
                <w:szCs w:val="28"/>
                <w:lang w:eastAsia="zh-CN"/>
              </w:rPr>
              <w:t>：</w:t>
            </w:r>
            <w:r w:rsidRPr="007620CD">
              <w:rPr>
                <w:sz w:val="21"/>
                <w:szCs w:val="28"/>
                <w:lang w:eastAsia="zh-CN"/>
              </w:rPr>
              <w:t>_______________________________________</w:t>
            </w:r>
            <w:r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</w:t>
            </w:r>
            <w:r w:rsidRPr="007620CD">
              <w:rPr>
                <w:sz w:val="21"/>
                <w:szCs w:val="28"/>
                <w:lang w:eastAsia="zh-CN"/>
              </w:rPr>
              <w:t>_____</w:t>
            </w:r>
          </w:p>
        </w:tc>
      </w:tr>
      <w:tr w:rsidR="003A167D" w14:paraId="539C2A19" w14:textId="77777777" w:rsidTr="00CA71DC">
        <w:trPr>
          <w:trHeight w:val="655"/>
          <w:jc w:val="center"/>
        </w:trPr>
        <w:tc>
          <w:tcPr>
            <w:tcW w:w="1560" w:type="dxa"/>
            <w:gridSpan w:val="2"/>
            <w:shd w:val="clear" w:color="auto" w:fill="F2F2F2"/>
            <w:vAlign w:val="center"/>
          </w:tcPr>
          <w:p w14:paraId="0094C41B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督导组长</w:t>
            </w:r>
            <w:proofErr w:type="spellEnd"/>
          </w:p>
          <w:p w14:paraId="6633F5E8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84621D">
              <w:rPr>
                <w:b/>
                <w:sz w:val="21"/>
                <w:szCs w:val="28"/>
              </w:rPr>
              <w:t>签　　字</w:t>
            </w:r>
            <w:proofErr w:type="gramEnd"/>
          </w:p>
        </w:tc>
        <w:tc>
          <w:tcPr>
            <w:tcW w:w="3827" w:type="dxa"/>
            <w:gridSpan w:val="2"/>
            <w:vAlign w:val="center"/>
          </w:tcPr>
          <w:p w14:paraId="726DA4AA" w14:textId="77777777" w:rsidR="003A167D" w:rsidRPr="0084621D" w:rsidRDefault="003A167D" w:rsidP="001E2035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 xml:space="preserve">　　年　月　日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352FBD3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84621D">
              <w:rPr>
                <w:b/>
                <w:sz w:val="21"/>
                <w:szCs w:val="28"/>
              </w:rPr>
              <w:t>质控处审核</w:t>
            </w:r>
            <w:proofErr w:type="spellEnd"/>
          </w:p>
          <w:p w14:paraId="5193C769" w14:textId="77777777" w:rsidR="003A167D" w:rsidRPr="0084621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84621D">
              <w:rPr>
                <w:b/>
                <w:sz w:val="21"/>
                <w:szCs w:val="28"/>
              </w:rPr>
              <w:t>签　　字</w:t>
            </w:r>
            <w:proofErr w:type="gramEnd"/>
          </w:p>
        </w:tc>
        <w:tc>
          <w:tcPr>
            <w:tcW w:w="3260" w:type="dxa"/>
            <w:gridSpan w:val="2"/>
            <w:vAlign w:val="center"/>
          </w:tcPr>
          <w:p w14:paraId="2D55E76E" w14:textId="77777777" w:rsidR="003A167D" w:rsidRPr="0084621D" w:rsidRDefault="003A167D" w:rsidP="001E2035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</w:rPr>
            </w:pPr>
            <w:r w:rsidRPr="0084621D">
              <w:rPr>
                <w:sz w:val="21"/>
                <w:szCs w:val="28"/>
              </w:rPr>
              <w:t xml:space="preserve">　　年　月　日</w:t>
            </w:r>
          </w:p>
        </w:tc>
      </w:tr>
    </w:tbl>
    <w:p w14:paraId="541B0C0B" w14:textId="64AFC42B" w:rsidR="00FE6033" w:rsidRPr="007448C7" w:rsidRDefault="00A06E60" w:rsidP="00A06E60">
      <w:pPr>
        <w:spacing w:before="80" w:after="0" w:line="280" w:lineRule="exact"/>
        <w:rPr>
          <w:rFonts w:hint="eastAsia"/>
          <w:sz w:val="20"/>
          <w:szCs w:val="28"/>
          <w:lang w:eastAsia="zh-CN"/>
        </w:rPr>
      </w:pPr>
      <w:r w:rsidRPr="005543E6">
        <w:rPr>
          <w:b/>
          <w:bCs/>
          <w:sz w:val="20"/>
          <w:szCs w:val="28"/>
          <w:lang w:eastAsia="zh-CN"/>
        </w:rPr>
        <w:t>填表说明</w:t>
      </w:r>
      <w:r w:rsidRPr="005543E6">
        <w:rPr>
          <w:sz w:val="20"/>
          <w:szCs w:val="28"/>
          <w:lang w:eastAsia="zh-CN"/>
        </w:rPr>
        <w:t>：1.每学期结束前填写</w:t>
      </w:r>
      <w:r>
        <w:rPr>
          <w:rFonts w:hint="eastAsia"/>
          <w:sz w:val="20"/>
          <w:szCs w:val="28"/>
          <w:lang w:eastAsia="zh-CN"/>
        </w:rPr>
        <w:t>完成</w:t>
      </w:r>
      <w:r w:rsidRPr="005543E6">
        <w:rPr>
          <w:sz w:val="20"/>
          <w:szCs w:val="28"/>
          <w:lang w:eastAsia="zh-CN"/>
        </w:rPr>
        <w:t>，</w:t>
      </w:r>
      <w:r>
        <w:rPr>
          <w:rFonts w:hint="eastAsia"/>
          <w:sz w:val="20"/>
          <w:szCs w:val="28"/>
          <w:lang w:eastAsia="zh-CN"/>
        </w:rPr>
        <w:t>并</w:t>
      </w:r>
      <w:r w:rsidRPr="005543E6">
        <w:rPr>
          <w:rFonts w:hint="eastAsia"/>
          <w:sz w:val="20"/>
          <w:szCs w:val="28"/>
          <w:lang w:eastAsia="zh-CN"/>
        </w:rPr>
        <w:t>报送教学质量监控与评估处</w:t>
      </w:r>
      <w:r w:rsidRPr="005543E6">
        <w:rPr>
          <w:sz w:val="20"/>
          <w:szCs w:val="28"/>
          <w:lang w:eastAsia="zh-CN"/>
        </w:rPr>
        <w:t>。2.问题及整改闭环逐条体现"反馈→整改→跟踪核查"闭环；涉及教学设施、环境的问题应及时与相关部门沟通。</w:t>
      </w:r>
      <w:r w:rsidR="000401FE">
        <w:rPr>
          <w:rFonts w:hint="eastAsia"/>
          <w:sz w:val="20"/>
          <w:szCs w:val="28"/>
          <w:lang w:eastAsia="zh-CN"/>
        </w:rPr>
        <w:t>3.</w:t>
      </w:r>
      <w:r w:rsidR="000401FE" w:rsidRPr="005543E6">
        <w:rPr>
          <w:sz w:val="20"/>
          <w:szCs w:val="28"/>
          <w:lang w:eastAsia="zh-CN"/>
        </w:rPr>
        <w:t>本表一式两份，</w:t>
      </w:r>
      <w:r w:rsidR="000401FE">
        <w:rPr>
          <w:rFonts w:hint="eastAsia"/>
          <w:sz w:val="20"/>
          <w:szCs w:val="28"/>
          <w:lang w:eastAsia="zh-CN"/>
        </w:rPr>
        <w:t>督导组</w:t>
      </w:r>
      <w:r w:rsidR="000401FE" w:rsidRPr="005543E6">
        <w:rPr>
          <w:sz w:val="20"/>
          <w:szCs w:val="28"/>
          <w:lang w:eastAsia="zh-CN"/>
        </w:rPr>
        <w:t>留存一份，报送一份。</w:t>
      </w:r>
    </w:p>
    <w:sectPr w:rsidR="00FE6033" w:rsidRPr="007448C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9053" w14:textId="77777777" w:rsidR="0027198F" w:rsidRDefault="0027198F" w:rsidP="00762EF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1384204" w14:textId="77777777" w:rsidR="0027198F" w:rsidRDefault="0027198F" w:rsidP="00762EF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A025" w14:textId="77777777" w:rsidR="0074088F" w:rsidRDefault="0074088F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3D96" w14:textId="77777777" w:rsidR="0074088F" w:rsidRDefault="0074088F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B0EE" w14:textId="77777777" w:rsidR="0074088F" w:rsidRDefault="0074088F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1946" w14:textId="77777777" w:rsidR="0027198F" w:rsidRDefault="0027198F" w:rsidP="00762EF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835835" w14:textId="77777777" w:rsidR="0027198F" w:rsidRDefault="0027198F" w:rsidP="00762EF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6A5F" w14:textId="77777777" w:rsidR="0074088F" w:rsidRDefault="0074088F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0B14" w14:textId="77777777" w:rsidR="0074088F" w:rsidRDefault="0074088F">
    <w:pPr>
      <w:pStyle w:val="a5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F991" w14:textId="77777777" w:rsidR="0074088F" w:rsidRDefault="0074088F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4469">
    <w:abstractNumId w:val="8"/>
  </w:num>
  <w:num w:numId="2" w16cid:durableId="1506630057">
    <w:abstractNumId w:val="6"/>
  </w:num>
  <w:num w:numId="3" w16cid:durableId="1845440242">
    <w:abstractNumId w:val="5"/>
  </w:num>
  <w:num w:numId="4" w16cid:durableId="46732350">
    <w:abstractNumId w:val="4"/>
  </w:num>
  <w:num w:numId="5" w16cid:durableId="1479497299">
    <w:abstractNumId w:val="7"/>
  </w:num>
  <w:num w:numId="6" w16cid:durableId="1647541945">
    <w:abstractNumId w:val="3"/>
  </w:num>
  <w:num w:numId="7" w16cid:durableId="369065346">
    <w:abstractNumId w:val="2"/>
  </w:num>
  <w:num w:numId="8" w16cid:durableId="1695768947">
    <w:abstractNumId w:val="1"/>
  </w:num>
  <w:num w:numId="9" w16cid:durableId="132921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BC"/>
    <w:rsid w:val="00034616"/>
    <w:rsid w:val="000401FE"/>
    <w:rsid w:val="0006063C"/>
    <w:rsid w:val="00080599"/>
    <w:rsid w:val="000C7471"/>
    <w:rsid w:val="00130892"/>
    <w:rsid w:val="0015074B"/>
    <w:rsid w:val="00161D05"/>
    <w:rsid w:val="00163412"/>
    <w:rsid w:val="00173917"/>
    <w:rsid w:val="001A5CE1"/>
    <w:rsid w:val="002408B4"/>
    <w:rsid w:val="002450B9"/>
    <w:rsid w:val="00270141"/>
    <w:rsid w:val="0027198F"/>
    <w:rsid w:val="0029639D"/>
    <w:rsid w:val="002E7835"/>
    <w:rsid w:val="00306921"/>
    <w:rsid w:val="00326F90"/>
    <w:rsid w:val="00331328"/>
    <w:rsid w:val="00391213"/>
    <w:rsid w:val="003A097A"/>
    <w:rsid w:val="003A167D"/>
    <w:rsid w:val="003E5AB7"/>
    <w:rsid w:val="00411568"/>
    <w:rsid w:val="00430727"/>
    <w:rsid w:val="00434465"/>
    <w:rsid w:val="0050234C"/>
    <w:rsid w:val="005040DC"/>
    <w:rsid w:val="005410D5"/>
    <w:rsid w:val="005543E6"/>
    <w:rsid w:val="00572A8D"/>
    <w:rsid w:val="00575925"/>
    <w:rsid w:val="005A45A2"/>
    <w:rsid w:val="005B25BC"/>
    <w:rsid w:val="005C73A7"/>
    <w:rsid w:val="005E6418"/>
    <w:rsid w:val="005F309D"/>
    <w:rsid w:val="00600CA3"/>
    <w:rsid w:val="006149BA"/>
    <w:rsid w:val="006A1456"/>
    <w:rsid w:val="006B7594"/>
    <w:rsid w:val="006E3D6B"/>
    <w:rsid w:val="00714689"/>
    <w:rsid w:val="0074088F"/>
    <w:rsid w:val="00741CB9"/>
    <w:rsid w:val="007448C7"/>
    <w:rsid w:val="007505D4"/>
    <w:rsid w:val="007620CD"/>
    <w:rsid w:val="00762EF2"/>
    <w:rsid w:val="007711C0"/>
    <w:rsid w:val="0077539B"/>
    <w:rsid w:val="00796A41"/>
    <w:rsid w:val="007C57B5"/>
    <w:rsid w:val="007E2AC2"/>
    <w:rsid w:val="008047E1"/>
    <w:rsid w:val="008132F5"/>
    <w:rsid w:val="00833A57"/>
    <w:rsid w:val="0084621D"/>
    <w:rsid w:val="00846F53"/>
    <w:rsid w:val="00857AF6"/>
    <w:rsid w:val="008B1803"/>
    <w:rsid w:val="008B1F2F"/>
    <w:rsid w:val="008E3C9F"/>
    <w:rsid w:val="00940EAA"/>
    <w:rsid w:val="009424DF"/>
    <w:rsid w:val="0099049A"/>
    <w:rsid w:val="00A06E60"/>
    <w:rsid w:val="00A10BF5"/>
    <w:rsid w:val="00A3396F"/>
    <w:rsid w:val="00AA19B6"/>
    <w:rsid w:val="00AA1D8D"/>
    <w:rsid w:val="00AC44F0"/>
    <w:rsid w:val="00AD5891"/>
    <w:rsid w:val="00AE3C56"/>
    <w:rsid w:val="00B319E5"/>
    <w:rsid w:val="00B47730"/>
    <w:rsid w:val="00B62E28"/>
    <w:rsid w:val="00B8374A"/>
    <w:rsid w:val="00BC3197"/>
    <w:rsid w:val="00BE4598"/>
    <w:rsid w:val="00C01E9C"/>
    <w:rsid w:val="00C07C2D"/>
    <w:rsid w:val="00C221B0"/>
    <w:rsid w:val="00C457A1"/>
    <w:rsid w:val="00C6293E"/>
    <w:rsid w:val="00CA3FD6"/>
    <w:rsid w:val="00CA71DC"/>
    <w:rsid w:val="00CB0664"/>
    <w:rsid w:val="00D15BF3"/>
    <w:rsid w:val="00D24739"/>
    <w:rsid w:val="00D33596"/>
    <w:rsid w:val="00E26346"/>
    <w:rsid w:val="00EA22B5"/>
    <w:rsid w:val="00EA567E"/>
    <w:rsid w:val="00EB5DC7"/>
    <w:rsid w:val="00EB747A"/>
    <w:rsid w:val="00ED7952"/>
    <w:rsid w:val="00F0512E"/>
    <w:rsid w:val="00F27460"/>
    <w:rsid w:val="00F668A6"/>
    <w:rsid w:val="00FC693F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FF1312"/>
  <w14:defaultImageDpi w14:val="300"/>
  <w15:docId w15:val="{081F7EFA-3EDF-4B49-8847-6838EA73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538</Words>
  <Characters>577</Characters>
  <Application>Microsoft Office Word</Application>
  <DocSecurity>0</DocSecurity>
  <Lines>82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YCTU-ZH</cp:lastModifiedBy>
  <cp:revision>75</cp:revision>
  <cp:lastPrinted>2026-09-01T00:37:00Z</cp:lastPrinted>
  <dcterms:created xsi:type="dcterms:W3CDTF">2013-12-23T23:15:00Z</dcterms:created>
  <dcterms:modified xsi:type="dcterms:W3CDTF">2026-09-03T07:48:00Z</dcterms:modified>
  <cp:category/>
</cp:coreProperties>
</file>