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7"/>
        <w:gridCol w:w="3516"/>
        <w:gridCol w:w="1928"/>
        <w:gridCol w:w="1815"/>
        <w:gridCol w:w="1360"/>
      </w:tblGrid>
      <w:tr w:rsidR="003A167D" w14:paraId="6DF8AB09" w14:textId="77777777" w:rsidTr="0084621D">
        <w:trPr>
          <w:trHeight w:val="567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5BCD4C65" w14:textId="77777777" w:rsidR="003A167D" w:rsidRDefault="003A167D" w:rsidP="001E2035">
            <w:pPr>
              <w:spacing w:after="0" w:line="37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ascii="黑体" w:eastAsia="黑体" w:hAnsi="黑体"/>
                <w:b/>
                <w:sz w:val="32"/>
                <w:lang w:eastAsia="zh-CN"/>
              </w:rPr>
              <w:t>盐城师范学院校级教学督导</w:t>
            </w:r>
            <w:proofErr w:type="gramStart"/>
            <w:r>
              <w:rPr>
                <w:rFonts w:ascii="黑体" w:eastAsia="黑体" w:hAnsi="黑体"/>
                <w:b/>
                <w:sz w:val="32"/>
                <w:lang w:eastAsia="zh-CN"/>
              </w:rPr>
              <w:t>组教学</w:t>
            </w:r>
            <w:proofErr w:type="gramEnd"/>
            <w:r>
              <w:rPr>
                <w:rFonts w:ascii="黑体" w:eastAsia="黑体" w:hAnsi="黑体"/>
                <w:b/>
                <w:sz w:val="32"/>
                <w:lang w:eastAsia="zh-CN"/>
              </w:rPr>
              <w:t>督导工作计划表</w:t>
            </w:r>
          </w:p>
        </w:tc>
      </w:tr>
      <w:tr w:rsidR="003A167D" w14:paraId="3D3252E5" w14:textId="77777777" w:rsidTr="005E6418">
        <w:trPr>
          <w:trHeight w:val="497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77C66B22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gramStart"/>
            <w:r w:rsidRPr="0084621D">
              <w:rPr>
                <w:b/>
                <w:sz w:val="21"/>
                <w:szCs w:val="28"/>
              </w:rPr>
              <w:t>学　　期</w:t>
            </w:r>
            <w:proofErr w:type="gramEnd"/>
          </w:p>
        </w:tc>
        <w:tc>
          <w:tcPr>
            <w:tcW w:w="3516" w:type="dxa"/>
            <w:vAlign w:val="center"/>
          </w:tcPr>
          <w:p w14:paraId="1208E2BA" w14:textId="2002B4A8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  <w:lang w:eastAsia="zh-CN"/>
              </w:rPr>
              <w:t xml:space="preserve">　　　　学年</w:t>
            </w:r>
            <w:r w:rsidR="0084621D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Pr="0084621D">
              <w:rPr>
                <w:sz w:val="21"/>
                <w:szCs w:val="28"/>
                <w:lang w:eastAsia="zh-CN"/>
              </w:rPr>
              <w:t xml:space="preserve">  </w:t>
            </w:r>
            <w:proofErr w:type="gramStart"/>
            <w:r w:rsidRPr="0084621D">
              <w:rPr>
                <w:sz w:val="21"/>
                <w:szCs w:val="28"/>
                <w:lang w:eastAsia="zh-CN"/>
              </w:rPr>
              <w:t xml:space="preserve">第　　</w:t>
            </w:r>
            <w:proofErr w:type="gramEnd"/>
            <w:r w:rsidRPr="0084621D">
              <w:rPr>
                <w:sz w:val="21"/>
                <w:szCs w:val="28"/>
                <w:lang w:eastAsia="zh-CN"/>
              </w:rPr>
              <w:t>学期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79EEB848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84621D">
              <w:rPr>
                <w:b/>
                <w:sz w:val="21"/>
                <w:szCs w:val="28"/>
              </w:rPr>
              <w:t>督导组组长</w:t>
            </w:r>
            <w:proofErr w:type="spellEnd"/>
          </w:p>
        </w:tc>
        <w:tc>
          <w:tcPr>
            <w:tcW w:w="3175" w:type="dxa"/>
            <w:gridSpan w:val="2"/>
            <w:vAlign w:val="center"/>
          </w:tcPr>
          <w:p w14:paraId="5620A3A2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</w:tr>
      <w:tr w:rsidR="003A167D" w14:paraId="6F1A65DA" w14:textId="77777777" w:rsidTr="005E6418">
        <w:trPr>
          <w:trHeight w:val="430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4EA2FB40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84621D">
              <w:rPr>
                <w:b/>
                <w:sz w:val="21"/>
                <w:szCs w:val="28"/>
              </w:rPr>
              <w:t>督导组副组长</w:t>
            </w:r>
            <w:proofErr w:type="spellEnd"/>
          </w:p>
        </w:tc>
        <w:tc>
          <w:tcPr>
            <w:tcW w:w="3516" w:type="dxa"/>
            <w:vAlign w:val="center"/>
          </w:tcPr>
          <w:p w14:paraId="5D8D9AD8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928" w:type="dxa"/>
            <w:shd w:val="clear" w:color="auto" w:fill="F2F2F2"/>
            <w:vAlign w:val="center"/>
          </w:tcPr>
          <w:p w14:paraId="1C7A2D15" w14:textId="40DA963A" w:rsidR="003A167D" w:rsidRPr="0084621D" w:rsidRDefault="008B1803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r>
              <w:rPr>
                <w:rFonts w:hint="eastAsia"/>
                <w:b/>
                <w:sz w:val="21"/>
                <w:szCs w:val="28"/>
                <w:lang w:eastAsia="zh-CN"/>
              </w:rPr>
              <w:t>督导组</w:t>
            </w:r>
            <w:proofErr w:type="spellStart"/>
            <w:r w:rsidR="003A167D" w:rsidRPr="0084621D">
              <w:rPr>
                <w:b/>
                <w:sz w:val="21"/>
                <w:szCs w:val="28"/>
              </w:rPr>
              <w:t>人数</w:t>
            </w:r>
            <w:proofErr w:type="spellEnd"/>
          </w:p>
        </w:tc>
        <w:tc>
          <w:tcPr>
            <w:tcW w:w="3175" w:type="dxa"/>
            <w:gridSpan w:val="2"/>
            <w:vAlign w:val="center"/>
          </w:tcPr>
          <w:p w14:paraId="16204597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</w:tr>
      <w:tr w:rsidR="003A167D" w14:paraId="14E2DE8B" w14:textId="77777777" w:rsidTr="0084621D">
        <w:trPr>
          <w:trHeight w:val="1956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62C25EA5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b/>
                <w:sz w:val="21"/>
                <w:szCs w:val="28"/>
                <w:lang w:eastAsia="zh-CN"/>
              </w:rPr>
              <w:t>本学期督导</w:t>
            </w:r>
          </w:p>
          <w:p w14:paraId="55B5C2EC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b/>
                <w:sz w:val="21"/>
                <w:szCs w:val="28"/>
                <w:lang w:eastAsia="zh-CN"/>
              </w:rPr>
              <w:t>工作目标</w:t>
            </w:r>
          </w:p>
          <w:p w14:paraId="3903AF8D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</w:p>
          <w:p w14:paraId="0E14553F" w14:textId="16009ED0" w:rsidR="003A167D" w:rsidRPr="008B1F2F" w:rsidRDefault="003A167D" w:rsidP="001E2035">
            <w:pPr>
              <w:spacing w:after="0" w:line="230" w:lineRule="exact"/>
              <w:jc w:val="center"/>
              <w:rPr>
                <w:rFonts w:hint="eastAsia"/>
                <w:sz w:val="20"/>
                <w:szCs w:val="24"/>
                <w:lang w:eastAsia="zh-CN"/>
              </w:rPr>
            </w:pPr>
            <w:r w:rsidRPr="008B1F2F">
              <w:rPr>
                <w:b/>
                <w:sz w:val="20"/>
                <w:szCs w:val="24"/>
                <w:lang w:eastAsia="zh-CN"/>
              </w:rPr>
              <w:t>（</w:t>
            </w:r>
            <w:r w:rsidR="00833A57" w:rsidRPr="008B1F2F">
              <w:rPr>
                <w:rFonts w:hint="eastAsia"/>
                <w:b/>
                <w:sz w:val="20"/>
                <w:szCs w:val="24"/>
                <w:lang w:eastAsia="zh-CN"/>
              </w:rPr>
              <w:t>具体、可衡量</w:t>
            </w:r>
            <w:r w:rsidRPr="008B1F2F">
              <w:rPr>
                <w:b/>
                <w:sz w:val="20"/>
                <w:szCs w:val="24"/>
                <w:lang w:eastAsia="zh-CN"/>
              </w:rPr>
              <w:t>，不超</w:t>
            </w:r>
          </w:p>
          <w:p w14:paraId="3D1715FF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8B1F2F">
              <w:rPr>
                <w:b/>
                <w:sz w:val="20"/>
                <w:szCs w:val="24"/>
                <w:lang w:eastAsia="zh-CN"/>
              </w:rPr>
              <w:t>过3项）</w:t>
            </w:r>
          </w:p>
        </w:tc>
        <w:tc>
          <w:tcPr>
            <w:tcW w:w="8619" w:type="dxa"/>
            <w:gridSpan w:val="4"/>
          </w:tcPr>
          <w:p w14:paraId="39B3B5BF" w14:textId="77777777" w:rsidR="003A167D" w:rsidRPr="0084621D" w:rsidRDefault="003A167D" w:rsidP="001E2035">
            <w:pPr>
              <w:spacing w:after="0" w:line="360" w:lineRule="exac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>1.</w:t>
            </w:r>
          </w:p>
          <w:p w14:paraId="3E503F9F" w14:textId="77777777" w:rsidR="003A167D" w:rsidRPr="0084621D" w:rsidRDefault="003A167D" w:rsidP="001E2035">
            <w:pPr>
              <w:spacing w:after="0" w:line="360" w:lineRule="exac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>2.</w:t>
            </w:r>
          </w:p>
          <w:p w14:paraId="27A58B6F" w14:textId="77777777" w:rsidR="003A167D" w:rsidRPr="0084621D" w:rsidRDefault="003A167D" w:rsidP="001E2035">
            <w:pPr>
              <w:spacing w:after="0" w:line="360" w:lineRule="exac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>3.</w:t>
            </w:r>
          </w:p>
        </w:tc>
      </w:tr>
      <w:tr w:rsidR="003A167D" w14:paraId="2EF2F1CF" w14:textId="77777777" w:rsidTr="00EA22B5">
        <w:trPr>
          <w:trHeight w:val="2335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5E803D55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b/>
                <w:sz w:val="21"/>
                <w:szCs w:val="28"/>
                <w:lang w:eastAsia="zh-CN"/>
              </w:rPr>
              <w:t>督导重点内容</w:t>
            </w:r>
          </w:p>
        </w:tc>
        <w:tc>
          <w:tcPr>
            <w:tcW w:w="8619" w:type="dxa"/>
            <w:gridSpan w:val="4"/>
          </w:tcPr>
          <w:p w14:paraId="78BDC09D" w14:textId="77777777" w:rsidR="003A167D" w:rsidRPr="0084621D" w:rsidRDefault="003A167D" w:rsidP="00EA22B5">
            <w:pPr>
              <w:spacing w:after="0" w:line="32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  <w:lang w:eastAsia="zh-CN"/>
              </w:rPr>
              <w:t>□课堂教学督导（随机/针对性听课、巡课，覆盖全校课程）</w:t>
            </w:r>
          </w:p>
          <w:p w14:paraId="229345F7" w14:textId="666B680B" w:rsidR="003A167D" w:rsidRPr="0084621D" w:rsidRDefault="003A167D" w:rsidP="00EA22B5">
            <w:pPr>
              <w:spacing w:after="0" w:line="32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  <w:lang w:eastAsia="zh-CN"/>
              </w:rPr>
              <w:t>□主要教学环节专项检查（课程考核、毕业论文（设计）、实践教学、培养方案执行</w:t>
            </w:r>
            <w:r w:rsidR="0084621D">
              <w:rPr>
                <w:rFonts w:hint="eastAsia"/>
                <w:sz w:val="21"/>
                <w:szCs w:val="28"/>
                <w:lang w:eastAsia="zh-CN"/>
              </w:rPr>
              <w:t>等</w:t>
            </w:r>
            <w:r w:rsidRPr="0084621D">
              <w:rPr>
                <w:sz w:val="21"/>
                <w:szCs w:val="28"/>
                <w:lang w:eastAsia="zh-CN"/>
              </w:rPr>
              <w:t>）</w:t>
            </w:r>
          </w:p>
          <w:p w14:paraId="06EFE32F" w14:textId="01BA0F57" w:rsidR="003A167D" w:rsidRPr="0084621D" w:rsidRDefault="003A167D" w:rsidP="00EA22B5">
            <w:pPr>
              <w:spacing w:after="0" w:line="32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  <w:lang w:eastAsia="zh-CN"/>
              </w:rPr>
              <w:t>□参与专业评估（认证）、课程评估及专业/课程/实验室建设等评价活动</w:t>
            </w:r>
            <w:r w:rsidR="00EA22B5">
              <w:rPr>
                <w:rFonts w:hint="eastAsia"/>
                <w:sz w:val="21"/>
                <w:szCs w:val="28"/>
                <w:lang w:eastAsia="zh-CN"/>
              </w:rPr>
              <w:t>等</w:t>
            </w:r>
          </w:p>
          <w:p w14:paraId="3BEB3C5E" w14:textId="0456D33E" w:rsidR="003A167D" w:rsidRDefault="003A167D" w:rsidP="00EA22B5">
            <w:pPr>
              <w:spacing w:after="0" w:line="32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  <w:lang w:eastAsia="zh-CN"/>
              </w:rPr>
              <w:t>□跟踪培养目标、毕业要求、课程目标达成情况评价并督促整改落实</w:t>
            </w:r>
            <w:r w:rsidR="00EA22B5">
              <w:rPr>
                <w:rFonts w:hint="eastAsia"/>
                <w:sz w:val="21"/>
                <w:szCs w:val="28"/>
                <w:lang w:eastAsia="zh-CN"/>
              </w:rPr>
              <w:t>等</w:t>
            </w:r>
          </w:p>
          <w:p w14:paraId="7EA70BA2" w14:textId="77777777" w:rsidR="00EA22B5" w:rsidRDefault="00EA22B5" w:rsidP="00EA22B5">
            <w:pPr>
              <w:spacing w:after="0" w:line="32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</w:t>
            </w:r>
            <w:proofErr w:type="gramStart"/>
            <w:r w:rsidRPr="00A17535">
              <w:rPr>
                <w:rFonts w:hint="eastAsia"/>
                <w:sz w:val="21"/>
                <w:szCs w:val="28"/>
                <w:lang w:eastAsia="zh-CN"/>
              </w:rPr>
              <w:t>课程思政建设</w:t>
            </w:r>
            <w:proofErr w:type="gramEnd"/>
            <w:r w:rsidRPr="00A17535">
              <w:rPr>
                <w:rFonts w:hint="eastAsia"/>
                <w:sz w:val="21"/>
                <w:szCs w:val="28"/>
                <w:lang w:eastAsia="zh-CN"/>
              </w:rPr>
              <w:t>与课堂</w:t>
            </w:r>
            <w:proofErr w:type="gramStart"/>
            <w:r w:rsidRPr="00A17535">
              <w:rPr>
                <w:rFonts w:hint="eastAsia"/>
                <w:sz w:val="21"/>
                <w:szCs w:val="28"/>
                <w:lang w:eastAsia="zh-CN"/>
              </w:rPr>
              <w:t>育人成效</w:t>
            </w:r>
            <w:proofErr w:type="gramEnd"/>
            <w:r w:rsidRPr="00A17535">
              <w:rPr>
                <w:rFonts w:hint="eastAsia"/>
                <w:sz w:val="21"/>
                <w:szCs w:val="28"/>
                <w:lang w:eastAsia="zh-CN"/>
              </w:rPr>
              <w:t>督查</w:t>
            </w:r>
            <w:r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Pr="0084621D">
              <w:rPr>
                <w:sz w:val="21"/>
                <w:szCs w:val="28"/>
                <w:lang w:eastAsia="zh-CN"/>
              </w:rPr>
              <w:t>□青年教师教学咨询与指导</w:t>
            </w:r>
          </w:p>
          <w:p w14:paraId="4A77C820" w14:textId="72FC7502" w:rsidR="003A167D" w:rsidRPr="0084621D" w:rsidRDefault="00EA22B5" w:rsidP="00EA22B5">
            <w:pPr>
              <w:spacing w:after="0" w:line="32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  <w:lang w:eastAsia="zh-CN"/>
              </w:rPr>
              <w:t>□教风学风建设评价</w:t>
            </w:r>
            <w:r>
              <w:rPr>
                <w:rFonts w:hint="eastAsia"/>
                <w:sz w:val="21"/>
                <w:szCs w:val="28"/>
                <w:lang w:eastAsia="zh-CN"/>
              </w:rPr>
              <w:t xml:space="preserve">               </w:t>
            </w:r>
            <w:r w:rsidR="003A167D" w:rsidRPr="0084621D">
              <w:rPr>
                <w:sz w:val="21"/>
                <w:szCs w:val="28"/>
                <w:lang w:eastAsia="zh-CN"/>
              </w:rPr>
              <w:t xml:space="preserve">□专题研究与调研报告　</w:t>
            </w:r>
          </w:p>
          <w:p w14:paraId="704555A1" w14:textId="7250AB40" w:rsidR="003A167D" w:rsidRPr="0084621D" w:rsidRDefault="003A167D" w:rsidP="00EA22B5">
            <w:pPr>
              <w:spacing w:after="0" w:line="320" w:lineRule="exac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>□</w:t>
            </w:r>
            <w:proofErr w:type="spellStart"/>
            <w:r w:rsidRPr="0084621D">
              <w:rPr>
                <w:sz w:val="21"/>
                <w:szCs w:val="28"/>
              </w:rPr>
              <w:t>其他</w:t>
            </w:r>
            <w:proofErr w:type="spellEnd"/>
            <w:r w:rsidRPr="0084621D">
              <w:rPr>
                <w:sz w:val="21"/>
                <w:szCs w:val="28"/>
              </w:rPr>
              <w:t>：＿＿＿＿＿＿＿＿＿＿＿</w:t>
            </w:r>
            <w:r w:rsidR="00EA22B5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                                      </w:t>
            </w:r>
            <w:r w:rsidRPr="0084621D">
              <w:rPr>
                <w:sz w:val="21"/>
                <w:szCs w:val="28"/>
              </w:rPr>
              <w:t>＿＿＿＿＿</w:t>
            </w:r>
          </w:p>
        </w:tc>
      </w:tr>
      <w:tr w:rsidR="003A167D" w14:paraId="7CD4D0C6" w14:textId="77777777" w:rsidTr="005E6418">
        <w:trPr>
          <w:trHeight w:val="340"/>
          <w:jc w:val="center"/>
        </w:trPr>
        <w:tc>
          <w:tcPr>
            <w:tcW w:w="1587" w:type="dxa"/>
            <w:shd w:val="clear" w:color="auto" w:fill="D9E2F3"/>
            <w:vAlign w:val="center"/>
          </w:tcPr>
          <w:p w14:paraId="39335077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督导工作安排</w:t>
            </w:r>
            <w:proofErr w:type="spellEnd"/>
          </w:p>
        </w:tc>
        <w:tc>
          <w:tcPr>
            <w:tcW w:w="3516" w:type="dxa"/>
            <w:shd w:val="clear" w:color="auto" w:fill="D9E2F3"/>
            <w:vAlign w:val="center"/>
          </w:tcPr>
          <w:p w14:paraId="00A2BCE7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督导内容</w:t>
            </w:r>
            <w:proofErr w:type="spellEnd"/>
          </w:p>
        </w:tc>
        <w:tc>
          <w:tcPr>
            <w:tcW w:w="1928" w:type="dxa"/>
            <w:shd w:val="clear" w:color="auto" w:fill="D9E2F3"/>
            <w:vAlign w:val="center"/>
          </w:tcPr>
          <w:p w14:paraId="7E358AF5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督导方式</w:t>
            </w:r>
            <w:proofErr w:type="spellEnd"/>
          </w:p>
        </w:tc>
        <w:tc>
          <w:tcPr>
            <w:tcW w:w="1815" w:type="dxa"/>
            <w:shd w:val="clear" w:color="auto" w:fill="D9E2F3"/>
            <w:vAlign w:val="center"/>
          </w:tcPr>
          <w:p w14:paraId="6720DD2D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预期产出</w:t>
            </w:r>
            <w:proofErr w:type="spellEnd"/>
          </w:p>
        </w:tc>
        <w:tc>
          <w:tcPr>
            <w:tcW w:w="1360" w:type="dxa"/>
            <w:shd w:val="clear" w:color="auto" w:fill="D9E2F3"/>
            <w:vAlign w:val="center"/>
          </w:tcPr>
          <w:p w14:paraId="72D1FC9C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责任人</w:t>
            </w:r>
            <w:proofErr w:type="spellEnd"/>
          </w:p>
        </w:tc>
      </w:tr>
      <w:tr w:rsidR="003A167D" w14:paraId="28AF8792" w14:textId="77777777" w:rsidTr="005E6418">
        <w:trPr>
          <w:trHeight w:val="568"/>
          <w:jc w:val="center"/>
        </w:trPr>
        <w:tc>
          <w:tcPr>
            <w:tcW w:w="1587" w:type="dxa"/>
            <w:vAlign w:val="center"/>
          </w:tcPr>
          <w:p w14:paraId="0B5A2F8C" w14:textId="77777777" w:rsidR="003A167D" w:rsidRPr="0084621D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第1—4周</w:t>
            </w:r>
          </w:p>
        </w:tc>
        <w:tc>
          <w:tcPr>
            <w:tcW w:w="3516" w:type="dxa"/>
            <w:vAlign w:val="center"/>
          </w:tcPr>
          <w:p w14:paraId="1DDECBD4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28" w:type="dxa"/>
            <w:vAlign w:val="center"/>
          </w:tcPr>
          <w:p w14:paraId="073E3FD0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7A22C016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22300EAB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</w:tr>
      <w:tr w:rsidR="003A167D" w14:paraId="46F6362C" w14:textId="77777777" w:rsidTr="005E6418">
        <w:trPr>
          <w:trHeight w:val="568"/>
          <w:jc w:val="center"/>
        </w:trPr>
        <w:tc>
          <w:tcPr>
            <w:tcW w:w="1587" w:type="dxa"/>
            <w:vAlign w:val="center"/>
          </w:tcPr>
          <w:p w14:paraId="70F0B085" w14:textId="77777777" w:rsidR="003A167D" w:rsidRPr="0084621D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第5—8周</w:t>
            </w:r>
          </w:p>
        </w:tc>
        <w:tc>
          <w:tcPr>
            <w:tcW w:w="3516" w:type="dxa"/>
            <w:vAlign w:val="center"/>
          </w:tcPr>
          <w:p w14:paraId="5CB0DF44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28" w:type="dxa"/>
            <w:vAlign w:val="center"/>
          </w:tcPr>
          <w:p w14:paraId="087224C6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1DF97714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065A081F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</w:tr>
      <w:tr w:rsidR="003A167D" w14:paraId="223C2BEE" w14:textId="77777777" w:rsidTr="005E6418">
        <w:trPr>
          <w:trHeight w:val="568"/>
          <w:jc w:val="center"/>
        </w:trPr>
        <w:tc>
          <w:tcPr>
            <w:tcW w:w="1587" w:type="dxa"/>
            <w:vAlign w:val="center"/>
          </w:tcPr>
          <w:p w14:paraId="6E891690" w14:textId="77777777" w:rsidR="003A167D" w:rsidRPr="0084621D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第9—12周</w:t>
            </w:r>
          </w:p>
        </w:tc>
        <w:tc>
          <w:tcPr>
            <w:tcW w:w="3516" w:type="dxa"/>
            <w:vAlign w:val="center"/>
          </w:tcPr>
          <w:p w14:paraId="1C3397B0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28" w:type="dxa"/>
            <w:vAlign w:val="center"/>
          </w:tcPr>
          <w:p w14:paraId="024EFAB5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2AF494F9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0403D62D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</w:tr>
      <w:tr w:rsidR="003A167D" w14:paraId="6A436C05" w14:textId="77777777" w:rsidTr="005E6418">
        <w:trPr>
          <w:trHeight w:val="568"/>
          <w:jc w:val="center"/>
        </w:trPr>
        <w:tc>
          <w:tcPr>
            <w:tcW w:w="1587" w:type="dxa"/>
            <w:vAlign w:val="center"/>
          </w:tcPr>
          <w:p w14:paraId="796E0A0C" w14:textId="77777777" w:rsidR="003A167D" w:rsidRPr="0084621D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第13—16周</w:t>
            </w:r>
          </w:p>
        </w:tc>
        <w:tc>
          <w:tcPr>
            <w:tcW w:w="3516" w:type="dxa"/>
            <w:vAlign w:val="center"/>
          </w:tcPr>
          <w:p w14:paraId="0D845E3B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28" w:type="dxa"/>
            <w:vAlign w:val="center"/>
          </w:tcPr>
          <w:p w14:paraId="2A1FB841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1DEC5FA5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101E021A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</w:tr>
      <w:tr w:rsidR="003A167D" w14:paraId="74895508" w14:textId="77777777" w:rsidTr="005E6418">
        <w:trPr>
          <w:trHeight w:val="568"/>
          <w:jc w:val="center"/>
        </w:trPr>
        <w:tc>
          <w:tcPr>
            <w:tcW w:w="1587" w:type="dxa"/>
            <w:vAlign w:val="center"/>
          </w:tcPr>
          <w:p w14:paraId="3793EE15" w14:textId="77777777" w:rsidR="003A167D" w:rsidRPr="0084621D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第17—20周</w:t>
            </w:r>
          </w:p>
        </w:tc>
        <w:tc>
          <w:tcPr>
            <w:tcW w:w="3516" w:type="dxa"/>
            <w:vAlign w:val="center"/>
          </w:tcPr>
          <w:p w14:paraId="4121758B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28" w:type="dxa"/>
            <w:vAlign w:val="center"/>
          </w:tcPr>
          <w:p w14:paraId="3BA72E23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17A1C9FC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34CE9726" w14:textId="77777777" w:rsidR="003A167D" w:rsidRPr="0084621D" w:rsidRDefault="003A167D" w:rsidP="001E2035">
            <w:pPr>
              <w:spacing w:after="0" w:line="230" w:lineRule="exact"/>
              <w:rPr>
                <w:rFonts w:hint="eastAsia"/>
                <w:sz w:val="21"/>
                <w:szCs w:val="21"/>
              </w:rPr>
            </w:pPr>
          </w:p>
        </w:tc>
      </w:tr>
      <w:tr w:rsidR="003A167D" w14:paraId="0AF1916F" w14:textId="77777777" w:rsidTr="0084621D">
        <w:trPr>
          <w:trHeight w:val="1393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53901801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b/>
                <w:sz w:val="21"/>
                <w:szCs w:val="21"/>
                <w:lang w:eastAsia="zh-CN"/>
              </w:rPr>
              <w:t>听课安排</w:t>
            </w:r>
          </w:p>
          <w:p w14:paraId="59F5C131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b/>
                <w:sz w:val="21"/>
                <w:szCs w:val="21"/>
                <w:lang w:eastAsia="zh-CN"/>
              </w:rPr>
              <w:t>与覆盖面</w:t>
            </w:r>
          </w:p>
        </w:tc>
        <w:tc>
          <w:tcPr>
            <w:tcW w:w="8619" w:type="dxa"/>
            <w:gridSpan w:val="4"/>
            <w:vAlign w:val="center"/>
          </w:tcPr>
          <w:p w14:paraId="4401650B" w14:textId="2287796B" w:rsidR="003A167D" w:rsidRPr="0084621D" w:rsidRDefault="003A167D" w:rsidP="0084621D">
            <w:pPr>
              <w:spacing w:after="0" w:line="300" w:lineRule="exact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b/>
                <w:bCs/>
                <w:sz w:val="21"/>
                <w:szCs w:val="21"/>
                <w:lang w:eastAsia="zh-CN"/>
              </w:rPr>
              <w:t>听课数量</w:t>
            </w:r>
            <w:r w:rsidRPr="0084621D">
              <w:rPr>
                <w:sz w:val="21"/>
                <w:szCs w:val="21"/>
                <w:lang w:eastAsia="zh-CN"/>
              </w:rPr>
              <w:t>：校级督导员</w:t>
            </w:r>
            <w:r w:rsidR="00306921">
              <w:rPr>
                <w:rFonts w:hint="eastAsia"/>
                <w:sz w:val="21"/>
                <w:szCs w:val="21"/>
                <w:lang w:eastAsia="zh-CN"/>
              </w:rPr>
              <w:t>每人</w:t>
            </w:r>
            <w:r w:rsidRPr="0084621D">
              <w:rPr>
                <w:sz w:val="21"/>
                <w:szCs w:val="21"/>
                <w:lang w:eastAsia="zh-CN"/>
              </w:rPr>
              <w:t>每学期不少于</w:t>
            </w:r>
            <w:r w:rsidR="00306921">
              <w:rPr>
                <w:rFonts w:hint="eastAsia"/>
                <w:sz w:val="21"/>
                <w:szCs w:val="21"/>
                <w:u w:val="single"/>
                <w:lang w:eastAsia="zh-CN"/>
              </w:rPr>
              <w:t xml:space="preserve"> 36 </w:t>
            </w:r>
            <w:r w:rsidRPr="0084621D">
              <w:rPr>
                <w:sz w:val="21"/>
                <w:szCs w:val="21"/>
                <w:lang w:eastAsia="zh-CN"/>
              </w:rPr>
              <w:t>课时；本学期自定目标：每人不少于</w:t>
            </w:r>
            <w:r w:rsidRPr="0084621D">
              <w:rPr>
                <w:sz w:val="21"/>
                <w:szCs w:val="21"/>
                <w:u w:val="single"/>
                <w:lang w:eastAsia="zh-CN"/>
              </w:rPr>
              <w:t xml:space="preserve">　</w:t>
            </w:r>
            <w:r w:rsidR="00306921">
              <w:rPr>
                <w:rFonts w:hint="eastAsia"/>
                <w:sz w:val="21"/>
                <w:szCs w:val="21"/>
                <w:u w:val="single"/>
                <w:lang w:eastAsia="zh-CN"/>
              </w:rPr>
              <w:t xml:space="preserve"> </w:t>
            </w:r>
            <w:r w:rsidRPr="0084621D">
              <w:rPr>
                <w:sz w:val="21"/>
                <w:szCs w:val="21"/>
                <w:lang w:eastAsia="zh-CN"/>
              </w:rPr>
              <w:t>课时</w:t>
            </w:r>
          </w:p>
          <w:p w14:paraId="570FA46F" w14:textId="77777777" w:rsidR="008E3C9F" w:rsidRDefault="007505D4" w:rsidP="008E3C9F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重点听课</w:t>
            </w:r>
            <w:r w:rsidR="003A167D" w:rsidRPr="0084621D">
              <w:rPr>
                <w:sz w:val="21"/>
                <w:szCs w:val="21"/>
                <w:lang w:eastAsia="zh-CN"/>
              </w:rPr>
              <w:t>：</w:t>
            </w:r>
            <w:r w:rsidR="008E3C9F" w:rsidRPr="002E7835">
              <w:rPr>
                <w:sz w:val="21"/>
                <w:szCs w:val="28"/>
                <w:lang w:eastAsia="zh-CN"/>
              </w:rPr>
              <w:t>□专业核心课程</w:t>
            </w:r>
            <w:r w:rsidR="008E3C9F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="008E3C9F" w:rsidRPr="002E7835">
              <w:rPr>
                <w:sz w:val="21"/>
                <w:szCs w:val="28"/>
                <w:lang w:eastAsia="zh-CN"/>
              </w:rPr>
              <w:t>□新开课程</w:t>
            </w:r>
            <w:r w:rsidR="008E3C9F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="008E3C9F" w:rsidRPr="002E7835">
              <w:rPr>
                <w:sz w:val="21"/>
                <w:szCs w:val="28"/>
                <w:lang w:eastAsia="zh-CN"/>
              </w:rPr>
              <w:t>□新形态课程</w:t>
            </w:r>
            <w:r w:rsidR="008E3C9F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="008E3C9F" w:rsidRPr="002E7835">
              <w:rPr>
                <w:sz w:val="21"/>
                <w:szCs w:val="28"/>
                <w:lang w:eastAsia="zh-CN"/>
              </w:rPr>
              <w:t>□</w:t>
            </w:r>
            <w:r w:rsidR="008E3C9F" w:rsidRPr="00634AA3">
              <w:rPr>
                <w:rFonts w:hint="eastAsia"/>
                <w:sz w:val="21"/>
                <w:szCs w:val="28"/>
                <w:lang w:eastAsia="zh-CN"/>
              </w:rPr>
              <w:t>教学质量评价较差教师所上课程</w:t>
            </w:r>
            <w:r w:rsidR="008E3C9F">
              <w:rPr>
                <w:rFonts w:hint="eastAsia"/>
                <w:sz w:val="21"/>
                <w:szCs w:val="28"/>
                <w:lang w:eastAsia="zh-CN"/>
              </w:rPr>
              <w:t xml:space="preserve">  </w:t>
            </w:r>
          </w:p>
          <w:p w14:paraId="5E840CF2" w14:textId="5B92D729" w:rsidR="003A167D" w:rsidRPr="00AA19B6" w:rsidRDefault="008E3C9F" w:rsidP="00AA19B6">
            <w:pPr>
              <w:spacing w:after="0" w:line="300" w:lineRule="exact"/>
              <w:ind w:firstLineChars="500" w:firstLine="1050"/>
              <w:rPr>
                <w:rFonts w:hint="eastAsia"/>
                <w:sz w:val="21"/>
                <w:szCs w:val="28"/>
                <w:u w:val="single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□学生反映意见较多的课程</w:t>
            </w:r>
            <w:r w:rsidRPr="002E7835">
              <w:rPr>
                <w:rFonts w:hint="eastAsia"/>
                <w:sz w:val="21"/>
                <w:szCs w:val="28"/>
                <w:lang w:eastAsia="zh-CN"/>
              </w:rPr>
              <w:t xml:space="preserve">  </w:t>
            </w:r>
            <w:r w:rsidRPr="002E7835">
              <w:rPr>
                <w:sz w:val="21"/>
                <w:szCs w:val="28"/>
                <w:lang w:eastAsia="zh-CN"/>
              </w:rPr>
              <w:t>□其他：_______________________________</w:t>
            </w:r>
            <w:r w:rsidRPr="002E7835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</w:t>
            </w:r>
          </w:p>
        </w:tc>
      </w:tr>
      <w:tr w:rsidR="003A167D" w14:paraId="7BECA24B" w14:textId="77777777" w:rsidTr="005A45A2">
        <w:trPr>
          <w:trHeight w:val="1415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706509EA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b/>
                <w:sz w:val="21"/>
                <w:szCs w:val="21"/>
                <w:lang w:eastAsia="zh-CN"/>
              </w:rPr>
              <w:t>预期成果</w:t>
            </w:r>
          </w:p>
          <w:p w14:paraId="2C496485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r w:rsidRPr="0084621D">
              <w:rPr>
                <w:b/>
                <w:sz w:val="20"/>
                <w:szCs w:val="20"/>
                <w:lang w:eastAsia="zh-CN"/>
              </w:rPr>
              <w:t>（含专项检</w:t>
            </w:r>
          </w:p>
          <w:p w14:paraId="16A214D1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r w:rsidRPr="0084621D">
              <w:rPr>
                <w:b/>
                <w:sz w:val="20"/>
                <w:szCs w:val="20"/>
                <w:lang w:eastAsia="zh-CN"/>
              </w:rPr>
              <w:t>查报告、调</w:t>
            </w:r>
          </w:p>
          <w:p w14:paraId="630548E0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proofErr w:type="gramStart"/>
            <w:r w:rsidRPr="0084621D">
              <w:rPr>
                <w:b/>
                <w:sz w:val="20"/>
                <w:szCs w:val="20"/>
                <w:lang w:eastAsia="zh-CN"/>
              </w:rPr>
              <w:t>研</w:t>
            </w:r>
            <w:proofErr w:type="gramEnd"/>
            <w:r w:rsidRPr="0084621D">
              <w:rPr>
                <w:b/>
                <w:sz w:val="20"/>
                <w:szCs w:val="20"/>
                <w:lang w:eastAsia="zh-CN"/>
              </w:rPr>
              <w:t>报告、整</w:t>
            </w:r>
          </w:p>
          <w:p w14:paraId="5CC9A6FE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proofErr w:type="gramStart"/>
            <w:r w:rsidRPr="0084621D">
              <w:rPr>
                <w:b/>
                <w:sz w:val="20"/>
                <w:szCs w:val="20"/>
                <w:lang w:eastAsia="zh-CN"/>
              </w:rPr>
              <w:t>改建议</w:t>
            </w:r>
            <w:proofErr w:type="gramEnd"/>
            <w:r w:rsidRPr="0084621D">
              <w:rPr>
                <w:b/>
                <w:sz w:val="20"/>
                <w:szCs w:val="20"/>
                <w:lang w:eastAsia="zh-CN"/>
              </w:rPr>
              <w:t>落实</w:t>
            </w:r>
          </w:p>
          <w:p w14:paraId="3F185483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b/>
                <w:sz w:val="20"/>
                <w:szCs w:val="20"/>
                <w:lang w:eastAsia="zh-CN"/>
              </w:rPr>
              <w:t>等）</w:t>
            </w:r>
          </w:p>
        </w:tc>
        <w:tc>
          <w:tcPr>
            <w:tcW w:w="8619" w:type="dxa"/>
            <w:gridSpan w:val="4"/>
          </w:tcPr>
          <w:p w14:paraId="236EF132" w14:textId="77777777" w:rsidR="003A167D" w:rsidRPr="0084621D" w:rsidRDefault="003A167D" w:rsidP="005A45A2">
            <w:pPr>
              <w:spacing w:after="0" w:line="320" w:lineRule="exact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1.</w:t>
            </w:r>
          </w:p>
          <w:p w14:paraId="7227C934" w14:textId="77777777" w:rsidR="003A167D" w:rsidRPr="0084621D" w:rsidRDefault="003A167D" w:rsidP="005A45A2">
            <w:pPr>
              <w:spacing w:after="0" w:line="320" w:lineRule="exact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2.</w:t>
            </w:r>
          </w:p>
          <w:p w14:paraId="7B5EB903" w14:textId="77777777" w:rsidR="003A167D" w:rsidRPr="0084621D" w:rsidRDefault="003A167D" w:rsidP="005A45A2">
            <w:pPr>
              <w:spacing w:after="0" w:line="320" w:lineRule="exact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3.</w:t>
            </w:r>
          </w:p>
        </w:tc>
      </w:tr>
      <w:tr w:rsidR="003A167D" w14:paraId="3B02D53D" w14:textId="77777777" w:rsidTr="00130892">
        <w:trPr>
          <w:trHeight w:val="897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401B2157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proofErr w:type="gramStart"/>
            <w:r w:rsidRPr="0084621D">
              <w:rPr>
                <w:b/>
                <w:sz w:val="21"/>
                <w:szCs w:val="21"/>
                <w:lang w:eastAsia="zh-CN"/>
              </w:rPr>
              <w:t>需学校</w:t>
            </w:r>
            <w:proofErr w:type="gramEnd"/>
            <w:r w:rsidRPr="0084621D">
              <w:rPr>
                <w:b/>
                <w:sz w:val="21"/>
                <w:szCs w:val="21"/>
                <w:lang w:eastAsia="zh-CN"/>
              </w:rPr>
              <w:t>或相</w:t>
            </w:r>
          </w:p>
          <w:p w14:paraId="6BDAD773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b/>
                <w:sz w:val="21"/>
                <w:szCs w:val="21"/>
                <w:lang w:eastAsia="zh-CN"/>
              </w:rPr>
              <w:t>关部门协调</w:t>
            </w:r>
          </w:p>
          <w:p w14:paraId="4588569B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b/>
                <w:sz w:val="21"/>
                <w:szCs w:val="21"/>
                <w:lang w:eastAsia="zh-CN"/>
              </w:rPr>
              <w:t>支持事项</w:t>
            </w:r>
          </w:p>
        </w:tc>
        <w:tc>
          <w:tcPr>
            <w:tcW w:w="8619" w:type="dxa"/>
            <w:gridSpan w:val="4"/>
            <w:vAlign w:val="center"/>
          </w:tcPr>
          <w:p w14:paraId="552DA7D1" w14:textId="77777777" w:rsidR="005A45A2" w:rsidRPr="0084621D" w:rsidRDefault="005A45A2" w:rsidP="005A45A2">
            <w:pPr>
              <w:spacing w:after="0" w:line="320" w:lineRule="exact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1.</w:t>
            </w:r>
          </w:p>
          <w:p w14:paraId="538BCE5F" w14:textId="77777777" w:rsidR="005A45A2" w:rsidRPr="0084621D" w:rsidRDefault="005A45A2" w:rsidP="005A45A2">
            <w:pPr>
              <w:spacing w:after="0" w:line="320" w:lineRule="exact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2.</w:t>
            </w:r>
          </w:p>
          <w:p w14:paraId="1A6F4DA8" w14:textId="3578FD5C" w:rsidR="003A167D" w:rsidRPr="0084621D" w:rsidRDefault="005A45A2" w:rsidP="005A45A2">
            <w:pPr>
              <w:spacing w:after="0" w:line="320" w:lineRule="exact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sz w:val="21"/>
                <w:szCs w:val="21"/>
              </w:rPr>
              <w:t>3.</w:t>
            </w:r>
          </w:p>
        </w:tc>
      </w:tr>
      <w:tr w:rsidR="003A167D" w14:paraId="6ECDA273" w14:textId="77777777" w:rsidTr="005E6418">
        <w:trPr>
          <w:trHeight w:val="664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76BB4944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督导组组长</w:t>
            </w:r>
            <w:proofErr w:type="spellEnd"/>
          </w:p>
          <w:p w14:paraId="09F6BA2E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gramStart"/>
            <w:r w:rsidRPr="0084621D">
              <w:rPr>
                <w:b/>
                <w:sz w:val="21"/>
                <w:szCs w:val="21"/>
              </w:rPr>
              <w:t>签　　字</w:t>
            </w:r>
            <w:proofErr w:type="gramEnd"/>
          </w:p>
        </w:tc>
        <w:tc>
          <w:tcPr>
            <w:tcW w:w="3516" w:type="dxa"/>
            <w:vAlign w:val="center"/>
          </w:tcPr>
          <w:p w14:paraId="59512F95" w14:textId="77777777" w:rsidR="003A167D" w:rsidRPr="0084621D" w:rsidRDefault="003A167D" w:rsidP="001E2035">
            <w:pPr>
              <w:spacing w:after="0" w:line="230" w:lineRule="exact"/>
              <w:jc w:val="right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 xml:space="preserve">　　年　月　日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1A9B3BCD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质控处审核</w:t>
            </w:r>
            <w:proofErr w:type="spellEnd"/>
          </w:p>
          <w:p w14:paraId="5051E4B0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gramStart"/>
            <w:r w:rsidRPr="0084621D">
              <w:rPr>
                <w:b/>
                <w:sz w:val="21"/>
                <w:szCs w:val="21"/>
              </w:rPr>
              <w:t>签　　字</w:t>
            </w:r>
            <w:proofErr w:type="gramEnd"/>
          </w:p>
        </w:tc>
        <w:tc>
          <w:tcPr>
            <w:tcW w:w="3175" w:type="dxa"/>
            <w:gridSpan w:val="2"/>
            <w:vAlign w:val="center"/>
          </w:tcPr>
          <w:p w14:paraId="70BF1D22" w14:textId="77777777" w:rsidR="003A167D" w:rsidRPr="0084621D" w:rsidRDefault="003A167D" w:rsidP="001E2035">
            <w:pPr>
              <w:spacing w:after="0" w:line="230" w:lineRule="exact"/>
              <w:jc w:val="right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 xml:space="preserve">　　年　月　日</w:t>
            </w:r>
          </w:p>
        </w:tc>
      </w:tr>
    </w:tbl>
    <w:p w14:paraId="541B0C0B" w14:textId="61CA83E3" w:rsidR="00FE6033" w:rsidRPr="007448C7" w:rsidRDefault="005E6418" w:rsidP="00A06E60">
      <w:pPr>
        <w:spacing w:before="80" w:after="0" w:line="280" w:lineRule="exact"/>
        <w:rPr>
          <w:rFonts w:hint="eastAsia"/>
          <w:sz w:val="20"/>
          <w:szCs w:val="28"/>
          <w:lang w:eastAsia="zh-CN"/>
        </w:rPr>
      </w:pPr>
      <w:r w:rsidRPr="007620CD">
        <w:rPr>
          <w:b/>
          <w:bCs/>
          <w:sz w:val="20"/>
          <w:szCs w:val="28"/>
          <w:lang w:eastAsia="zh-CN"/>
        </w:rPr>
        <w:t>填表说明</w:t>
      </w:r>
      <w:r w:rsidRPr="002E7835">
        <w:rPr>
          <w:sz w:val="20"/>
          <w:szCs w:val="28"/>
          <w:lang w:eastAsia="zh-CN"/>
        </w:rPr>
        <w:t>：1.每学期开学后两周内填写</w:t>
      </w:r>
      <w:r>
        <w:rPr>
          <w:rFonts w:hint="eastAsia"/>
          <w:sz w:val="20"/>
          <w:szCs w:val="28"/>
          <w:lang w:eastAsia="zh-CN"/>
        </w:rPr>
        <w:t>完成</w:t>
      </w:r>
      <w:bookmarkStart w:id="0" w:name="_Hlk238911825"/>
      <w:r>
        <w:rPr>
          <w:rFonts w:hint="eastAsia"/>
          <w:sz w:val="20"/>
          <w:szCs w:val="28"/>
          <w:lang w:eastAsia="zh-CN"/>
        </w:rPr>
        <w:t>，并</w:t>
      </w:r>
      <w:r w:rsidRPr="002E7835">
        <w:rPr>
          <w:sz w:val="20"/>
          <w:szCs w:val="28"/>
          <w:lang w:eastAsia="zh-CN"/>
        </w:rPr>
        <w:t>报送教学质量监控与评估处。</w:t>
      </w:r>
      <w:bookmarkEnd w:id="0"/>
      <w:r w:rsidRPr="002E7835">
        <w:rPr>
          <w:sz w:val="20"/>
          <w:szCs w:val="28"/>
          <w:lang w:eastAsia="zh-CN"/>
        </w:rPr>
        <w:t>2.督导工作坚持</w:t>
      </w:r>
      <w:r w:rsidRPr="00B319E5">
        <w:rPr>
          <w:sz w:val="20"/>
          <w:szCs w:val="28"/>
          <w:lang w:eastAsia="zh-CN"/>
        </w:rPr>
        <w:t>"</w:t>
      </w:r>
      <w:r w:rsidRPr="002E7835">
        <w:rPr>
          <w:sz w:val="20"/>
          <w:szCs w:val="28"/>
          <w:lang w:eastAsia="zh-CN"/>
        </w:rPr>
        <w:t>督导结合、以导为主、</w:t>
      </w:r>
      <w:proofErr w:type="gramStart"/>
      <w:r w:rsidRPr="002E7835">
        <w:rPr>
          <w:sz w:val="20"/>
          <w:szCs w:val="28"/>
          <w:lang w:eastAsia="zh-CN"/>
        </w:rPr>
        <w:t>寓导于督</w:t>
      </w:r>
      <w:proofErr w:type="gramEnd"/>
      <w:r w:rsidRPr="002E7835">
        <w:rPr>
          <w:sz w:val="20"/>
          <w:szCs w:val="28"/>
          <w:lang w:eastAsia="zh-CN"/>
        </w:rPr>
        <w:t>"方针，秉持"学生中心、产出导向、持续改进"理念。3. "督导方式"包括听课、巡课、教学文件检查、专项检查、座谈访谈等。</w:t>
      </w:r>
      <w:r w:rsidR="000401FE">
        <w:rPr>
          <w:rFonts w:hint="eastAsia"/>
          <w:sz w:val="20"/>
          <w:szCs w:val="28"/>
          <w:lang w:eastAsia="zh-CN"/>
        </w:rPr>
        <w:t>4.</w:t>
      </w:r>
      <w:r w:rsidR="000401FE" w:rsidRPr="005543E6">
        <w:rPr>
          <w:sz w:val="20"/>
          <w:szCs w:val="28"/>
          <w:lang w:eastAsia="zh-CN"/>
        </w:rPr>
        <w:t>本表一式两份，</w:t>
      </w:r>
      <w:r w:rsidR="000401FE">
        <w:rPr>
          <w:rFonts w:hint="eastAsia"/>
          <w:sz w:val="20"/>
          <w:szCs w:val="28"/>
          <w:lang w:eastAsia="zh-CN"/>
        </w:rPr>
        <w:t>督导组</w:t>
      </w:r>
      <w:r w:rsidR="000401FE" w:rsidRPr="005543E6">
        <w:rPr>
          <w:sz w:val="20"/>
          <w:szCs w:val="28"/>
          <w:lang w:eastAsia="zh-CN"/>
        </w:rPr>
        <w:t>留存一份，报送一份。</w:t>
      </w:r>
    </w:p>
    <w:sectPr w:rsidR="00FE6033" w:rsidRPr="007448C7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C2B11" w14:textId="77777777" w:rsidR="006A1456" w:rsidRDefault="006A1456" w:rsidP="00762EF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4EE5F5C" w14:textId="77777777" w:rsidR="006A1456" w:rsidRDefault="006A1456" w:rsidP="00762EF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2A025" w14:textId="77777777" w:rsidR="0074088F" w:rsidRDefault="0074088F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3D96" w14:textId="77777777" w:rsidR="0074088F" w:rsidRDefault="0074088F">
    <w:pPr>
      <w:pStyle w:val="a7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DB0EE" w14:textId="77777777" w:rsidR="0074088F" w:rsidRDefault="0074088F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5F55D" w14:textId="77777777" w:rsidR="006A1456" w:rsidRDefault="006A1456" w:rsidP="00762EF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CC6C734" w14:textId="77777777" w:rsidR="006A1456" w:rsidRDefault="006A1456" w:rsidP="00762EF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6A5F" w14:textId="77777777" w:rsidR="0074088F" w:rsidRDefault="0074088F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80B14" w14:textId="77777777" w:rsidR="0074088F" w:rsidRDefault="0074088F">
    <w:pPr>
      <w:pStyle w:val="a5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F991" w14:textId="77777777" w:rsidR="0074088F" w:rsidRDefault="0074088F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4469">
    <w:abstractNumId w:val="8"/>
  </w:num>
  <w:num w:numId="2" w16cid:durableId="1506630057">
    <w:abstractNumId w:val="6"/>
  </w:num>
  <w:num w:numId="3" w16cid:durableId="1845440242">
    <w:abstractNumId w:val="5"/>
  </w:num>
  <w:num w:numId="4" w16cid:durableId="46732350">
    <w:abstractNumId w:val="4"/>
  </w:num>
  <w:num w:numId="5" w16cid:durableId="1479497299">
    <w:abstractNumId w:val="7"/>
  </w:num>
  <w:num w:numId="6" w16cid:durableId="1647541945">
    <w:abstractNumId w:val="3"/>
  </w:num>
  <w:num w:numId="7" w16cid:durableId="369065346">
    <w:abstractNumId w:val="2"/>
  </w:num>
  <w:num w:numId="8" w16cid:durableId="1695768947">
    <w:abstractNumId w:val="1"/>
  </w:num>
  <w:num w:numId="9" w16cid:durableId="1329210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BC"/>
    <w:rsid w:val="00034616"/>
    <w:rsid w:val="000401FE"/>
    <w:rsid w:val="0006063C"/>
    <w:rsid w:val="000C7471"/>
    <w:rsid w:val="00130892"/>
    <w:rsid w:val="0015074B"/>
    <w:rsid w:val="00161D05"/>
    <w:rsid w:val="00163412"/>
    <w:rsid w:val="00173917"/>
    <w:rsid w:val="001A5CE1"/>
    <w:rsid w:val="002450B9"/>
    <w:rsid w:val="00270141"/>
    <w:rsid w:val="0029639D"/>
    <w:rsid w:val="002E7835"/>
    <w:rsid w:val="00306921"/>
    <w:rsid w:val="00326F90"/>
    <w:rsid w:val="00331328"/>
    <w:rsid w:val="00391213"/>
    <w:rsid w:val="003A097A"/>
    <w:rsid w:val="003A167D"/>
    <w:rsid w:val="003E5AB7"/>
    <w:rsid w:val="00411568"/>
    <w:rsid w:val="00430727"/>
    <w:rsid w:val="00434465"/>
    <w:rsid w:val="0050234C"/>
    <w:rsid w:val="005040DC"/>
    <w:rsid w:val="005410D5"/>
    <w:rsid w:val="005543E6"/>
    <w:rsid w:val="00572A8D"/>
    <w:rsid w:val="00575925"/>
    <w:rsid w:val="005A45A2"/>
    <w:rsid w:val="005B25BC"/>
    <w:rsid w:val="005C73A7"/>
    <w:rsid w:val="005E6418"/>
    <w:rsid w:val="005F309D"/>
    <w:rsid w:val="00600CA3"/>
    <w:rsid w:val="006149BA"/>
    <w:rsid w:val="006A1456"/>
    <w:rsid w:val="006B7594"/>
    <w:rsid w:val="006E3D6B"/>
    <w:rsid w:val="00714689"/>
    <w:rsid w:val="0074088F"/>
    <w:rsid w:val="00741CB9"/>
    <w:rsid w:val="007448C7"/>
    <w:rsid w:val="007505D4"/>
    <w:rsid w:val="007620CD"/>
    <w:rsid w:val="00762EF2"/>
    <w:rsid w:val="007711C0"/>
    <w:rsid w:val="0077539B"/>
    <w:rsid w:val="00796A41"/>
    <w:rsid w:val="007C57B5"/>
    <w:rsid w:val="007E2AC2"/>
    <w:rsid w:val="008047E1"/>
    <w:rsid w:val="008132F5"/>
    <w:rsid w:val="00833A57"/>
    <w:rsid w:val="0084621D"/>
    <w:rsid w:val="00846F53"/>
    <w:rsid w:val="00857AF6"/>
    <w:rsid w:val="008B1803"/>
    <w:rsid w:val="008B1F2F"/>
    <w:rsid w:val="008E3C9F"/>
    <w:rsid w:val="00940EAA"/>
    <w:rsid w:val="009424DF"/>
    <w:rsid w:val="0099049A"/>
    <w:rsid w:val="009A6AEE"/>
    <w:rsid w:val="00A06E60"/>
    <w:rsid w:val="00A10BF5"/>
    <w:rsid w:val="00A3396F"/>
    <w:rsid w:val="00AA19B6"/>
    <w:rsid w:val="00AA1D8D"/>
    <w:rsid w:val="00AC44F0"/>
    <w:rsid w:val="00AD5891"/>
    <w:rsid w:val="00AE3C56"/>
    <w:rsid w:val="00B319E5"/>
    <w:rsid w:val="00B47730"/>
    <w:rsid w:val="00B62E28"/>
    <w:rsid w:val="00B8374A"/>
    <w:rsid w:val="00BA5DDE"/>
    <w:rsid w:val="00BC3197"/>
    <w:rsid w:val="00BE4598"/>
    <w:rsid w:val="00C01E9C"/>
    <w:rsid w:val="00C07C2D"/>
    <w:rsid w:val="00C221B0"/>
    <w:rsid w:val="00C457A1"/>
    <w:rsid w:val="00C6293E"/>
    <w:rsid w:val="00CA3FD6"/>
    <w:rsid w:val="00CA71DC"/>
    <w:rsid w:val="00CB0664"/>
    <w:rsid w:val="00D15BF3"/>
    <w:rsid w:val="00D24739"/>
    <w:rsid w:val="00D33596"/>
    <w:rsid w:val="00E26346"/>
    <w:rsid w:val="00EA22B5"/>
    <w:rsid w:val="00EA567E"/>
    <w:rsid w:val="00EB5DC7"/>
    <w:rsid w:val="00EB747A"/>
    <w:rsid w:val="00ED7952"/>
    <w:rsid w:val="00F0512E"/>
    <w:rsid w:val="00F27460"/>
    <w:rsid w:val="00F668A6"/>
    <w:rsid w:val="00FC693F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FF1312"/>
  <w14:defaultImageDpi w14:val="300"/>
  <w15:docId w15:val="{081F7EFA-3EDF-4B49-8847-6838EA73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YCTU-ZH</cp:lastModifiedBy>
  <cp:revision>75</cp:revision>
  <cp:lastPrinted>2026-09-01T00:37:00Z</cp:lastPrinted>
  <dcterms:created xsi:type="dcterms:W3CDTF">2013-12-23T23:15:00Z</dcterms:created>
  <dcterms:modified xsi:type="dcterms:W3CDTF">2026-09-03T07:47:00Z</dcterms:modified>
  <cp:category/>
</cp:coreProperties>
</file>